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88CF" w14:textId="77777777" w:rsidR="00AF6169" w:rsidRPr="00134D9E" w:rsidRDefault="00F01C27" w:rsidP="00134D9E">
      <w:pPr>
        <w:pStyle w:val="Nzev"/>
        <w:jc w:val="center"/>
        <w:rPr>
          <w:rFonts w:ascii="Arial" w:hAnsi="Arial" w:cs="Arial"/>
          <w:sz w:val="32"/>
          <w:szCs w:val="32"/>
        </w:rPr>
      </w:pPr>
      <w:r w:rsidRPr="00134D9E">
        <w:rPr>
          <w:rFonts w:ascii="Arial" w:hAnsi="Arial" w:cs="Arial"/>
          <w:sz w:val="32"/>
          <w:szCs w:val="32"/>
        </w:rPr>
        <w:t>SMLOUVA O POSKYTOVÁNÍ SLUŽBY PÉČE O DÍTĚ V DĚTSKÉ SKUPINĚ</w:t>
      </w:r>
    </w:p>
    <w:p w14:paraId="2ECD88D0" w14:textId="77777777" w:rsidR="00AF6169" w:rsidRDefault="00F01C27">
      <w:pPr>
        <w:spacing w:after="140"/>
        <w:jc w:val="center"/>
      </w:pPr>
      <w:proofErr w:type="spellStart"/>
      <w:r>
        <w:rPr>
          <w:b/>
          <w:i/>
          <w:color w:val="464646"/>
          <w:sz w:val="21"/>
        </w:rPr>
        <w:t>Dětská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skupina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Medvídci</w:t>
      </w:r>
      <w:proofErr w:type="spellEnd"/>
      <w:r>
        <w:rPr>
          <w:b/>
          <w:i/>
          <w:color w:val="464646"/>
          <w:sz w:val="21"/>
        </w:rPr>
        <w:t xml:space="preserve"> – </w:t>
      </w:r>
      <w:proofErr w:type="spellStart"/>
      <w:r>
        <w:rPr>
          <w:b/>
          <w:i/>
          <w:color w:val="464646"/>
          <w:sz w:val="21"/>
        </w:rPr>
        <w:t>místo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poskytování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služby</w:t>
      </w:r>
      <w:proofErr w:type="spellEnd"/>
      <w:r>
        <w:rPr>
          <w:b/>
          <w:i/>
          <w:color w:val="464646"/>
          <w:sz w:val="21"/>
        </w:rPr>
        <w:t xml:space="preserve"> </w:t>
      </w:r>
      <w:proofErr w:type="spellStart"/>
      <w:r>
        <w:rPr>
          <w:b/>
          <w:i/>
          <w:color w:val="464646"/>
          <w:sz w:val="21"/>
        </w:rPr>
        <w:t>Boršice</w:t>
      </w:r>
      <w:proofErr w:type="spellEnd"/>
      <w:r>
        <w:rPr>
          <w:b/>
          <w:i/>
          <w:color w:val="464646"/>
          <w:sz w:val="21"/>
        </w:rPr>
        <w:t xml:space="preserve"> 803, 687 09 </w:t>
      </w:r>
      <w:proofErr w:type="spellStart"/>
      <w:r>
        <w:rPr>
          <w:b/>
          <w:i/>
          <w:color w:val="464646"/>
          <w:sz w:val="21"/>
        </w:rPr>
        <w:t>Boršice</w:t>
      </w:r>
      <w:proofErr w:type="spellEnd"/>
    </w:p>
    <w:p w14:paraId="2ECD88D1" w14:textId="77777777" w:rsidR="00AF6169" w:rsidRDefault="00F01C27">
      <w:pPr>
        <w:jc w:val="center"/>
      </w:pPr>
      <w:proofErr w:type="spellStart"/>
      <w:r>
        <w:rPr>
          <w:i/>
          <w:sz w:val="17"/>
        </w:rPr>
        <w:t>uzavřená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podle</w:t>
      </w:r>
      <w:proofErr w:type="spellEnd"/>
      <w:r>
        <w:rPr>
          <w:i/>
          <w:sz w:val="17"/>
        </w:rPr>
        <w:t xml:space="preserve"> § 13 </w:t>
      </w:r>
      <w:proofErr w:type="spellStart"/>
      <w:r>
        <w:rPr>
          <w:i/>
          <w:sz w:val="17"/>
        </w:rPr>
        <w:t>zákona</w:t>
      </w:r>
      <w:proofErr w:type="spellEnd"/>
      <w:r>
        <w:rPr>
          <w:i/>
          <w:sz w:val="17"/>
        </w:rPr>
        <w:t xml:space="preserve"> č. 247/2014 Sb., o </w:t>
      </w:r>
      <w:proofErr w:type="spellStart"/>
      <w:r>
        <w:rPr>
          <w:i/>
          <w:sz w:val="17"/>
        </w:rPr>
        <w:t>poskytování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služby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péče</w:t>
      </w:r>
      <w:proofErr w:type="spellEnd"/>
      <w:r>
        <w:rPr>
          <w:i/>
          <w:sz w:val="17"/>
        </w:rPr>
        <w:t xml:space="preserve"> o </w:t>
      </w:r>
      <w:proofErr w:type="spellStart"/>
      <w:r>
        <w:rPr>
          <w:i/>
          <w:sz w:val="17"/>
        </w:rPr>
        <w:t>dítě</w:t>
      </w:r>
      <w:proofErr w:type="spellEnd"/>
      <w:r>
        <w:rPr>
          <w:i/>
          <w:sz w:val="17"/>
        </w:rPr>
        <w:t xml:space="preserve"> v </w:t>
      </w:r>
      <w:proofErr w:type="spellStart"/>
      <w:r>
        <w:rPr>
          <w:i/>
          <w:sz w:val="17"/>
        </w:rPr>
        <w:t>dětské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skupině</w:t>
      </w:r>
      <w:proofErr w:type="spellEnd"/>
      <w:r>
        <w:rPr>
          <w:i/>
          <w:sz w:val="17"/>
        </w:rPr>
        <w:t xml:space="preserve">, </w:t>
      </w:r>
      <w:proofErr w:type="spellStart"/>
      <w:r>
        <w:rPr>
          <w:i/>
          <w:sz w:val="17"/>
        </w:rPr>
        <w:t>ve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znění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pozdějších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předpisů</w:t>
      </w:r>
      <w:proofErr w:type="spellEnd"/>
    </w:p>
    <w:p w14:paraId="2ECD88D2" w14:textId="77777777" w:rsidR="00AF6169" w:rsidRDefault="00F01C27">
      <w:pPr>
        <w:pStyle w:val="Nadpis1"/>
      </w:pPr>
      <w:r>
        <w:t xml:space="preserve">1.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AF6169" w14:paraId="2ECD88D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3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Poskytovatel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4" w14:textId="77777777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Základní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škola</w:t>
            </w:r>
            <w:proofErr w:type="spellEnd"/>
            <w:r>
              <w:rPr>
                <w:sz w:val="17"/>
              </w:rPr>
              <w:t xml:space="preserve"> Františka Horenského,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příspěvková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organizace</w:t>
            </w:r>
            <w:proofErr w:type="spellEnd"/>
          </w:p>
        </w:tc>
      </w:tr>
      <w:tr w:rsidR="00AF6169" w14:paraId="2ECD88D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6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Sídlo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7" w14:textId="77777777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540, 687 09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  <w:tr w:rsidR="00AF6169" w14:paraId="2ECD88D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9" w14:textId="77777777" w:rsidR="00AF6169" w:rsidRDefault="00F01C27">
            <w:pPr>
              <w:spacing w:after="0"/>
            </w:pPr>
            <w:r>
              <w:rPr>
                <w:b/>
                <w:sz w:val="17"/>
              </w:rPr>
              <w:t>IČO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A" w14:textId="77777777" w:rsidR="00AF6169" w:rsidRDefault="00F01C27">
            <w:pPr>
              <w:spacing w:after="0"/>
            </w:pPr>
            <w:r>
              <w:rPr>
                <w:sz w:val="17"/>
              </w:rPr>
              <w:t>75023547</w:t>
            </w:r>
          </w:p>
        </w:tc>
      </w:tr>
      <w:tr w:rsidR="00AF6169" w14:paraId="2ECD88D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C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Zastoupený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D" w14:textId="77777777" w:rsidR="00AF6169" w:rsidRDefault="00F01C27">
            <w:pPr>
              <w:spacing w:after="0"/>
            </w:pPr>
            <w:r>
              <w:rPr>
                <w:sz w:val="17"/>
              </w:rPr>
              <w:t xml:space="preserve">Mgr. </w:t>
            </w:r>
            <w:proofErr w:type="spellStart"/>
            <w:r>
              <w:rPr>
                <w:sz w:val="17"/>
              </w:rPr>
              <w:t>Tomášem</w:t>
            </w:r>
            <w:proofErr w:type="spellEnd"/>
            <w:r>
              <w:rPr>
                <w:sz w:val="17"/>
              </w:rPr>
              <w:t xml:space="preserve"> Kordulou, </w:t>
            </w:r>
            <w:proofErr w:type="spellStart"/>
            <w:r>
              <w:rPr>
                <w:sz w:val="17"/>
              </w:rPr>
              <w:t>ředitelem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školy</w:t>
            </w:r>
            <w:proofErr w:type="spellEnd"/>
          </w:p>
        </w:tc>
      </w:tr>
      <w:tr w:rsidR="00AF6169" w14:paraId="2ECD88E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DF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Dětská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skupina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0" w14:textId="77777777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Dětská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Medvídci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803, 687 09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</w:tbl>
    <w:p w14:paraId="2ECD88E2" w14:textId="77777777" w:rsidR="00AF6169" w:rsidRDefault="00F01C27">
      <w:r>
        <w:t>a</w:t>
      </w:r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AF6169" w14:paraId="2ECD88E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3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Rodič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zákonný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zástupce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4" w14:textId="12A844A1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Jméno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příjmení</w:t>
            </w:r>
            <w:proofErr w:type="spellEnd"/>
            <w:r>
              <w:rPr>
                <w:sz w:val="17"/>
              </w:rPr>
              <w:t xml:space="preserve">: </w:t>
            </w:r>
          </w:p>
        </w:tc>
      </w:tr>
      <w:tr w:rsidR="00AF6169" w14:paraId="2ECD88E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6" w14:textId="77777777" w:rsidR="00AF6169" w:rsidRDefault="00F01C27">
            <w:pPr>
              <w:spacing w:after="0"/>
            </w:pPr>
            <w:r>
              <w:rPr>
                <w:b/>
                <w:sz w:val="17"/>
              </w:rPr>
              <w:t xml:space="preserve">Datum </w:t>
            </w:r>
            <w:proofErr w:type="spellStart"/>
            <w:r>
              <w:rPr>
                <w:b/>
                <w:sz w:val="17"/>
              </w:rPr>
              <w:t>narození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7" w14:textId="7402040D" w:rsidR="00AF6169" w:rsidRDefault="00AF6169">
            <w:pPr>
              <w:spacing w:after="0"/>
            </w:pPr>
          </w:p>
        </w:tc>
      </w:tr>
      <w:tr w:rsidR="00AF6169" w14:paraId="2ECD88E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9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Adresa</w:t>
            </w:r>
            <w:proofErr w:type="spellEnd"/>
            <w:r>
              <w:rPr>
                <w:b/>
                <w:sz w:val="17"/>
              </w:rPr>
              <w:t xml:space="preserve"> místa pobytu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A" w14:textId="0406C43C" w:rsidR="00AF6169" w:rsidRDefault="00AF6169">
            <w:pPr>
              <w:spacing w:after="0"/>
            </w:pPr>
          </w:p>
        </w:tc>
      </w:tr>
      <w:tr w:rsidR="00AF6169" w14:paraId="2ECD88E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C" w14:textId="77777777" w:rsidR="00AF6169" w:rsidRDefault="00F01C27">
            <w:pPr>
              <w:spacing w:after="0"/>
            </w:pPr>
            <w:r>
              <w:rPr>
                <w:b/>
                <w:sz w:val="17"/>
              </w:rPr>
              <w:t>E-mail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D" w14:textId="67EE6A16" w:rsidR="00AF6169" w:rsidRDefault="00AF6169">
            <w:pPr>
              <w:spacing w:after="0"/>
            </w:pPr>
          </w:p>
        </w:tc>
      </w:tr>
      <w:tr w:rsidR="00AF6169" w14:paraId="2ECD88F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EF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Telefon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0" w14:textId="494F179C" w:rsidR="00AF6169" w:rsidRDefault="00AF6169">
            <w:pPr>
              <w:spacing w:after="0"/>
            </w:pPr>
          </w:p>
        </w:tc>
      </w:tr>
      <w:tr w:rsidR="00AF6169" w14:paraId="2ECD88F4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2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Druhý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zákonný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zástupce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3" w14:textId="2C254789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Jméno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příjmení</w:t>
            </w:r>
            <w:proofErr w:type="spellEnd"/>
            <w:r>
              <w:rPr>
                <w:sz w:val="17"/>
              </w:rPr>
              <w:t xml:space="preserve">: </w:t>
            </w:r>
          </w:p>
        </w:tc>
      </w:tr>
      <w:tr w:rsidR="00AF6169" w14:paraId="2ECD88F7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5" w14:textId="77777777" w:rsidR="00AF6169" w:rsidRDefault="00F01C27">
            <w:pPr>
              <w:spacing w:after="0"/>
            </w:pPr>
            <w:r>
              <w:rPr>
                <w:b/>
                <w:sz w:val="17"/>
              </w:rPr>
              <w:t xml:space="preserve">E-mail / </w:t>
            </w:r>
            <w:proofErr w:type="spellStart"/>
            <w:r>
              <w:rPr>
                <w:b/>
                <w:sz w:val="17"/>
              </w:rPr>
              <w:t>telefon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6" w14:textId="4FEA5A98" w:rsidR="00AF6169" w:rsidRDefault="00AF6169">
            <w:pPr>
              <w:spacing w:after="0"/>
            </w:pPr>
          </w:p>
        </w:tc>
      </w:tr>
      <w:tr w:rsidR="00AF6169" w14:paraId="2ECD88FA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8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Prohlášení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9" w14:textId="77777777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Podepisující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prohlašuje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že</w:t>
            </w:r>
            <w:proofErr w:type="spellEnd"/>
            <w:r>
              <w:rPr>
                <w:sz w:val="17"/>
              </w:rPr>
              <w:t xml:space="preserve"> je </w:t>
            </w:r>
            <w:proofErr w:type="spellStart"/>
            <w:r>
              <w:rPr>
                <w:sz w:val="17"/>
              </w:rPr>
              <w:t>zákonným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a je </w:t>
            </w:r>
            <w:proofErr w:type="spellStart"/>
            <w:r>
              <w:rPr>
                <w:sz w:val="17"/>
              </w:rPr>
              <w:t>oprávněn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tuto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smlouvu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uzavřít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případně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jedná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souhlasem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druhého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vyžaduje</w:t>
            </w:r>
            <w:proofErr w:type="spellEnd"/>
            <w:r>
              <w:rPr>
                <w:sz w:val="17"/>
              </w:rPr>
              <w:t xml:space="preserve">-li to </w:t>
            </w:r>
            <w:proofErr w:type="spellStart"/>
            <w:r>
              <w:rPr>
                <w:sz w:val="17"/>
              </w:rPr>
              <w:t>konkrétní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situace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2ECD88FB" w14:textId="77777777" w:rsidR="00AF6169" w:rsidRDefault="00F01C27">
      <w:pPr>
        <w:pStyle w:val="Nadpis1"/>
      </w:pPr>
      <w:r>
        <w:t xml:space="preserve">2. </w:t>
      </w:r>
      <w:proofErr w:type="spellStart"/>
      <w:r>
        <w:t>Údaje</w:t>
      </w:r>
      <w:proofErr w:type="spellEnd"/>
      <w:r>
        <w:t xml:space="preserve"> o </w:t>
      </w:r>
      <w:proofErr w:type="spellStart"/>
      <w:r>
        <w:t>dítěti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AF6169" w14:paraId="2ECD88F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C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Jméno</w:t>
            </w:r>
            <w:proofErr w:type="spellEnd"/>
            <w:r>
              <w:rPr>
                <w:b/>
                <w:sz w:val="17"/>
              </w:rPr>
              <w:t xml:space="preserve"> a příjmení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D" w14:textId="73C6BB2A" w:rsidR="00AF6169" w:rsidRDefault="00AF6169">
            <w:pPr>
              <w:spacing w:after="0"/>
            </w:pPr>
          </w:p>
        </w:tc>
      </w:tr>
      <w:tr w:rsidR="00AF6169" w14:paraId="2ECD890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8FF" w14:textId="77777777" w:rsidR="00AF6169" w:rsidRDefault="00F01C27">
            <w:pPr>
              <w:spacing w:after="0"/>
            </w:pPr>
            <w:r>
              <w:rPr>
                <w:b/>
                <w:sz w:val="17"/>
              </w:rPr>
              <w:t xml:space="preserve">Datum </w:t>
            </w:r>
            <w:proofErr w:type="spellStart"/>
            <w:r>
              <w:rPr>
                <w:b/>
                <w:sz w:val="17"/>
              </w:rPr>
              <w:t>narození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0" w14:textId="3795FC2F" w:rsidR="00AF6169" w:rsidRDefault="00AF6169">
            <w:pPr>
              <w:spacing w:after="0"/>
            </w:pPr>
          </w:p>
        </w:tc>
      </w:tr>
      <w:tr w:rsidR="00AF6169" w14:paraId="2ECD8904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2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Adresa</w:t>
            </w:r>
            <w:proofErr w:type="spellEnd"/>
            <w:r>
              <w:rPr>
                <w:b/>
                <w:sz w:val="17"/>
              </w:rPr>
              <w:t xml:space="preserve"> místa pobytu dítěte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3" w14:textId="6CF10D35" w:rsidR="00AF6169" w:rsidRDefault="00AF6169">
            <w:pPr>
              <w:spacing w:after="0"/>
            </w:pPr>
          </w:p>
        </w:tc>
      </w:tr>
      <w:tr w:rsidR="00AF6169" w14:paraId="2ECD8907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5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Rodné</w:t>
            </w:r>
            <w:proofErr w:type="spellEnd"/>
            <w:r>
              <w:rPr>
                <w:b/>
                <w:sz w:val="17"/>
              </w:rPr>
              <w:t xml:space="preserve"> číslo, bylo-li přiděleno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6" w14:textId="7D18D536" w:rsidR="00AF6169" w:rsidRDefault="00AF6169">
            <w:pPr>
              <w:spacing w:after="0"/>
            </w:pPr>
          </w:p>
        </w:tc>
      </w:tr>
      <w:tr w:rsidR="00AF6169" w14:paraId="2ECD890A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8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Státní</w:t>
            </w:r>
            <w:proofErr w:type="spellEnd"/>
            <w:r>
              <w:rPr>
                <w:b/>
                <w:sz w:val="17"/>
              </w:rPr>
              <w:t xml:space="preserve"> občanství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9" w14:textId="1FCB3E4E" w:rsidR="00AF6169" w:rsidRDefault="00AF6169">
            <w:pPr>
              <w:spacing w:after="0"/>
            </w:pPr>
          </w:p>
        </w:tc>
      </w:tr>
      <w:tr w:rsidR="00AF6169" w14:paraId="2ECD890D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B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Zdravotní</w:t>
            </w:r>
            <w:proofErr w:type="spellEnd"/>
            <w:r>
              <w:rPr>
                <w:b/>
                <w:sz w:val="17"/>
              </w:rPr>
              <w:t xml:space="preserve"> pojišťovna</w:t>
            </w:r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C" w14:textId="7A2DA762" w:rsidR="00AF6169" w:rsidRDefault="00AF6169">
            <w:pPr>
              <w:spacing w:after="0"/>
            </w:pPr>
          </w:p>
        </w:tc>
      </w:tr>
      <w:tr w:rsidR="00AF6169" w14:paraId="2ECD8910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E" w14:textId="77777777" w:rsidR="00AF6169" w:rsidRDefault="00F01C27">
            <w:pPr>
              <w:spacing w:after="0"/>
            </w:pPr>
            <w:proofErr w:type="spellStart"/>
            <w:r>
              <w:rPr>
                <w:b/>
                <w:sz w:val="17"/>
              </w:rPr>
              <w:t>Dítě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není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občanem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ČR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0F" w14:textId="77777777" w:rsidR="00AF6169" w:rsidRDefault="00F01C27">
            <w:pPr>
              <w:spacing w:after="0"/>
            </w:pPr>
            <w:proofErr w:type="spellStart"/>
            <w:r>
              <w:rPr>
                <w:sz w:val="17"/>
              </w:rPr>
              <w:t>Druh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číslo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identifikačního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dokladu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vydaného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Českou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republikou</w:t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evropské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číslo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pojištěnce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bylo</w:t>
            </w:r>
            <w:proofErr w:type="spellEnd"/>
            <w:r>
              <w:rPr>
                <w:sz w:val="17"/>
              </w:rPr>
              <w:t xml:space="preserve">-li </w:t>
            </w:r>
            <w:proofErr w:type="spellStart"/>
            <w:r>
              <w:rPr>
                <w:sz w:val="17"/>
              </w:rPr>
              <w:t>přiděleno</w:t>
            </w:r>
            <w:proofErr w:type="spellEnd"/>
            <w:r>
              <w:rPr>
                <w:sz w:val="17"/>
              </w:rPr>
              <w:t>: ..............................................................</w:t>
            </w:r>
          </w:p>
        </w:tc>
      </w:tr>
    </w:tbl>
    <w:p w14:paraId="2ECD8911" w14:textId="77777777" w:rsidR="00AF6169" w:rsidRDefault="00F01C27" w:rsidP="00013316">
      <w:pPr>
        <w:pStyle w:val="Nadpis1"/>
        <w:spacing w:before="60"/>
      </w:pPr>
      <w:r>
        <w:t xml:space="preserve">3.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2ECD8912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poskytovat</w:t>
      </w:r>
      <w:proofErr w:type="spellEnd"/>
      <w:r>
        <w:t xml:space="preserve"> </w:t>
      </w:r>
      <w:proofErr w:type="spellStart"/>
      <w:r>
        <w:t>dítěti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Medvídci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247/2014 Sb., </w:t>
      </w:r>
      <w:proofErr w:type="spellStart"/>
      <w:r>
        <w:t>touto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, </w:t>
      </w:r>
      <w:proofErr w:type="spellStart"/>
      <w:r>
        <w:t>provozním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a </w:t>
      </w:r>
      <w:proofErr w:type="spellStart"/>
      <w:r>
        <w:t>plánem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>.</w:t>
      </w:r>
    </w:p>
    <w:p w14:paraId="2ECD8913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Služba</w:t>
      </w:r>
      <w:proofErr w:type="spellEnd"/>
      <w:r>
        <w:t xml:space="preserve"> je </w:t>
      </w:r>
      <w:proofErr w:type="spellStart"/>
      <w:r>
        <w:t>neziskovou</w:t>
      </w:r>
      <w:proofErr w:type="spellEnd"/>
      <w:r>
        <w:t xml:space="preserve"> </w:t>
      </w:r>
      <w:proofErr w:type="spellStart"/>
      <w:r>
        <w:t>službou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předškolního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a je </w:t>
      </w:r>
      <w:proofErr w:type="spellStart"/>
      <w:r>
        <w:t>zaměřena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potřeb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výchovu</w:t>
      </w:r>
      <w:proofErr w:type="spellEnd"/>
      <w:r>
        <w:t xml:space="preserve">, </w:t>
      </w:r>
      <w:proofErr w:type="spellStart"/>
      <w:r>
        <w:t>rozvoj</w:t>
      </w:r>
      <w:proofErr w:type="spellEnd"/>
      <w:r>
        <w:t xml:space="preserve"> </w:t>
      </w:r>
      <w:proofErr w:type="spellStart"/>
      <w:r>
        <w:t>schopností</w:t>
      </w:r>
      <w:proofErr w:type="spellEnd"/>
      <w:r>
        <w:t xml:space="preserve"> a </w:t>
      </w:r>
      <w:proofErr w:type="spellStart"/>
      <w:r>
        <w:t>kulturních</w:t>
      </w:r>
      <w:proofErr w:type="spellEnd"/>
      <w:r>
        <w:t xml:space="preserve">, </w:t>
      </w:r>
      <w:proofErr w:type="spellStart"/>
      <w:r>
        <w:t>hygienických</w:t>
      </w:r>
      <w:proofErr w:type="spellEnd"/>
      <w:r>
        <w:t xml:space="preserve"> 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návyků</w:t>
      </w:r>
      <w:proofErr w:type="spellEnd"/>
      <w:r>
        <w:t>.</w:t>
      </w:r>
    </w:p>
    <w:p w14:paraId="2ECD8914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hradit</w:t>
      </w:r>
      <w:proofErr w:type="spellEnd"/>
      <w:r>
        <w:t xml:space="preserve"> </w:t>
      </w:r>
      <w:proofErr w:type="spellStart"/>
      <w:r>
        <w:t>úhradu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a </w:t>
      </w:r>
      <w:proofErr w:type="spellStart"/>
      <w:r>
        <w:t>stravné</w:t>
      </w:r>
      <w:proofErr w:type="spellEnd"/>
      <w:r>
        <w:t xml:space="preserve">, </w:t>
      </w:r>
      <w:proofErr w:type="spellStart"/>
      <w:r>
        <w:t>poskytovat</w:t>
      </w:r>
      <w:proofErr w:type="spellEnd"/>
      <w:r>
        <w:t xml:space="preserve"> </w:t>
      </w:r>
      <w:proofErr w:type="spellStart"/>
      <w:r>
        <w:t>potřebnou</w:t>
      </w:r>
      <w:proofErr w:type="spellEnd"/>
      <w:r>
        <w:t xml:space="preserve"> </w:t>
      </w:r>
      <w:proofErr w:type="spellStart"/>
      <w:r>
        <w:t>součinnost</w:t>
      </w:r>
      <w:proofErr w:type="spellEnd"/>
      <w:r>
        <w:t xml:space="preserve"> a </w:t>
      </w:r>
      <w:proofErr w:type="spellStart"/>
      <w:r>
        <w:t>dodržovat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a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, se </w:t>
      </w:r>
      <w:proofErr w:type="spellStart"/>
      <w:r>
        <w:t>kterými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2ECD8915" w14:textId="77777777" w:rsidR="00AF6169" w:rsidRDefault="00F01C27" w:rsidP="00013316">
      <w:pPr>
        <w:pStyle w:val="Nadpis1"/>
        <w:spacing w:before="60"/>
        <w:jc w:val="both"/>
      </w:pPr>
      <w:r>
        <w:t xml:space="preserve">4. Místo, </w:t>
      </w:r>
      <w:proofErr w:type="spellStart"/>
      <w:r>
        <w:t>čas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AF6169" w14:paraId="2ECD891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6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Místo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7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Dětská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Medvídci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 xml:space="preserve"> 803, 687 09 </w:t>
            </w:r>
            <w:proofErr w:type="spellStart"/>
            <w:r>
              <w:rPr>
                <w:sz w:val="17"/>
              </w:rPr>
              <w:t>Boršice</w:t>
            </w:r>
            <w:proofErr w:type="spellEnd"/>
          </w:p>
        </w:tc>
      </w:tr>
      <w:tr w:rsidR="00AF6169" w14:paraId="2ECD891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9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Sjednané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dny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docházky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A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pondělí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úterý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středa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čtvrtek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pátek</w:t>
            </w:r>
            <w:proofErr w:type="spellEnd"/>
          </w:p>
        </w:tc>
      </w:tr>
      <w:tr w:rsidR="00AF6169" w14:paraId="2ECD891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C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lastRenderedPageBreak/>
              <w:t>Sjednaný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denní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rozsah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D" w14:textId="77777777" w:rsidR="00AF6169" w:rsidRDefault="00F01C27" w:rsidP="00013316">
            <w:pPr>
              <w:spacing w:before="60"/>
              <w:jc w:val="both"/>
            </w:pPr>
            <w:r>
              <w:rPr>
                <w:sz w:val="17"/>
              </w:rPr>
              <w:t xml:space="preserve">od </w:t>
            </w:r>
            <w:r w:rsidR="00013316">
              <w:rPr>
                <w:sz w:val="17"/>
              </w:rPr>
              <w:t>6</w:t>
            </w:r>
            <w:r>
              <w:rPr>
                <w:sz w:val="17"/>
              </w:rPr>
              <w:t>:</w:t>
            </w:r>
            <w:r w:rsidR="00013316">
              <w:rPr>
                <w:sz w:val="17"/>
              </w:rPr>
              <w:t>15</w:t>
            </w:r>
            <w:r>
              <w:rPr>
                <w:sz w:val="17"/>
              </w:rPr>
              <w:t xml:space="preserve"> do 16:</w:t>
            </w:r>
            <w:r w:rsidR="00013316">
              <w:rPr>
                <w:sz w:val="17"/>
              </w:rPr>
              <w:t xml:space="preserve">15 </w:t>
            </w:r>
            <w:proofErr w:type="spellStart"/>
            <w:r>
              <w:rPr>
                <w:sz w:val="17"/>
              </w:rPr>
              <w:t>hodin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není</w:t>
            </w:r>
            <w:proofErr w:type="spellEnd"/>
            <w:r>
              <w:rPr>
                <w:sz w:val="17"/>
              </w:rPr>
              <w:t xml:space="preserve">-li </w:t>
            </w:r>
            <w:proofErr w:type="spellStart"/>
            <w:r>
              <w:rPr>
                <w:sz w:val="17"/>
              </w:rPr>
              <w:t>písemně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sjednáno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jinak</w:t>
            </w:r>
            <w:proofErr w:type="spellEnd"/>
          </w:p>
        </w:tc>
      </w:tr>
      <w:tr w:rsidR="00AF6169" w14:paraId="2ECD8921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1F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Zahájení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0" w14:textId="3A95F71B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 xml:space="preserve"> </w:t>
            </w:r>
            <w:r w:rsidR="003E558E">
              <w:rPr>
                <w:sz w:val="17"/>
              </w:rPr>
              <w:t>1. 9. 2026</w:t>
            </w:r>
          </w:p>
        </w:tc>
      </w:tr>
      <w:tr w:rsidR="00AF6169" w14:paraId="2ECD8924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2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Období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poskytování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služby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3" w14:textId="39424252" w:rsidR="00AF6169" w:rsidRDefault="00F01C27" w:rsidP="00013316">
            <w:pPr>
              <w:spacing w:before="60"/>
              <w:jc w:val="both"/>
            </w:pPr>
            <w:r>
              <w:rPr>
                <w:sz w:val="17"/>
              </w:rPr>
              <w:t xml:space="preserve">od </w:t>
            </w:r>
            <w:r w:rsidR="003E558E">
              <w:rPr>
                <w:sz w:val="17"/>
              </w:rPr>
              <w:t>1. 9. 2026</w:t>
            </w:r>
            <w:r>
              <w:rPr>
                <w:sz w:val="17"/>
              </w:rPr>
              <w:t xml:space="preserve"> do 31. 8. 2027, </w:t>
            </w:r>
            <w:proofErr w:type="spellStart"/>
            <w:r>
              <w:rPr>
                <w:sz w:val="17"/>
              </w:rPr>
              <w:t>nedojde</w:t>
            </w:r>
            <w:proofErr w:type="spellEnd"/>
            <w:r>
              <w:rPr>
                <w:sz w:val="17"/>
              </w:rPr>
              <w:t xml:space="preserve">-li k </w:t>
            </w:r>
            <w:proofErr w:type="spellStart"/>
            <w:r>
              <w:rPr>
                <w:sz w:val="17"/>
              </w:rPr>
              <w:t>dřívějšímu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ukončení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této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smlouvy</w:t>
            </w:r>
            <w:proofErr w:type="spellEnd"/>
          </w:p>
        </w:tc>
      </w:tr>
      <w:tr w:rsidR="00AF6169" w14:paraId="2ECD8927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5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Vznik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smluvního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vztahu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6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Smlouva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vzniká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nabývá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účinnosti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podpisu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oběma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smluvními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stranami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faktické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obsazení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kapacitního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začíná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zahájení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2ECD8928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z </w:t>
      </w:r>
      <w:proofErr w:type="spellStart"/>
      <w:r>
        <w:t>organizačních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 xml:space="preserve"> </w:t>
      </w:r>
      <w:proofErr w:type="spellStart"/>
      <w:r>
        <w:t>dočasně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společné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z </w:t>
      </w:r>
      <w:proofErr w:type="spellStart"/>
      <w:r>
        <w:t>dětských</w:t>
      </w:r>
      <w:proofErr w:type="spellEnd"/>
      <w:r>
        <w:t xml:space="preserve"> </w:t>
      </w:r>
      <w:proofErr w:type="spellStart"/>
      <w:r>
        <w:t>skupin</w:t>
      </w:r>
      <w:proofErr w:type="spellEnd"/>
      <w:r>
        <w:t xml:space="preserve"> </w:t>
      </w:r>
      <w:proofErr w:type="spellStart"/>
      <w:r>
        <w:t>provozovaných</w:t>
      </w:r>
      <w:proofErr w:type="spellEnd"/>
      <w:r>
        <w:t xml:space="preserve"> </w:t>
      </w:r>
      <w:proofErr w:type="spellStart"/>
      <w:r>
        <w:t>týmž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stejném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zachování</w:t>
      </w:r>
      <w:proofErr w:type="spellEnd"/>
      <w:r>
        <w:t xml:space="preserve"> </w:t>
      </w:r>
      <w:proofErr w:type="spellStart"/>
      <w:r>
        <w:t>zapsané</w:t>
      </w:r>
      <w:proofErr w:type="spellEnd"/>
      <w:r>
        <w:t xml:space="preserve"> </w:t>
      </w:r>
      <w:proofErr w:type="spellStart"/>
      <w:r>
        <w:t>kapacity</w:t>
      </w:r>
      <w:proofErr w:type="spellEnd"/>
      <w:r>
        <w:t xml:space="preserve">, </w:t>
      </w:r>
      <w:proofErr w:type="spellStart"/>
      <w:r>
        <w:t>požadovaného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pečujících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, </w:t>
      </w:r>
      <w:proofErr w:type="spellStart"/>
      <w:r>
        <w:t>bezpečnosti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oddělené</w:t>
      </w:r>
      <w:proofErr w:type="spellEnd"/>
      <w:r>
        <w:t xml:space="preserve"> evidence </w:t>
      </w:r>
      <w:proofErr w:type="spellStart"/>
      <w:r>
        <w:t>každé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>.</w:t>
      </w:r>
    </w:p>
    <w:p w14:paraId="2ECD8929" w14:textId="77777777" w:rsidR="00AF6169" w:rsidRDefault="00F01C27" w:rsidP="00013316">
      <w:pPr>
        <w:pStyle w:val="Nadpis1"/>
        <w:spacing w:before="60"/>
        <w:jc w:val="both"/>
      </w:pPr>
      <w:r>
        <w:t xml:space="preserve">5. </w:t>
      </w:r>
      <w:proofErr w:type="spellStart"/>
      <w:r>
        <w:t>Úhrada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a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placení</w:t>
      </w:r>
      <w:proofErr w:type="spellEnd"/>
    </w:p>
    <w:tbl>
      <w:tblPr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43"/>
        <w:gridCol w:w="5043"/>
      </w:tblGrid>
      <w:tr w:rsidR="00AF6169" w14:paraId="2ECD892C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A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Sjednaná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měsíční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úhrada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B" w14:textId="77777777" w:rsidR="00AF6169" w:rsidRDefault="00F01C27" w:rsidP="00013316">
            <w:pPr>
              <w:spacing w:before="60"/>
              <w:jc w:val="both"/>
            </w:pP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2 000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alespoň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jeden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trvalý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pobyt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obci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3 500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ani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nemá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trvalý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pobyt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obci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br/>
            </w:r>
            <w:proofErr w:type="gramStart"/>
            <w:r>
              <w:rPr>
                <w:sz w:val="17"/>
              </w:rPr>
              <w:t>[ ]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individuální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: ................ </w:t>
            </w:r>
            <w:proofErr w:type="spellStart"/>
            <w:r>
              <w:rPr>
                <w:sz w:val="17"/>
              </w:rPr>
              <w:t>Kč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měsíc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stanovená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základě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individuálního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posouzení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ředitelem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příspěvkové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organizace</w:t>
            </w:r>
            <w:proofErr w:type="spellEnd"/>
          </w:p>
        </w:tc>
      </w:tr>
      <w:tr w:rsidR="00AF6169" w14:paraId="2ECD892F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D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Podklad</w:t>
            </w:r>
            <w:proofErr w:type="spellEnd"/>
            <w:r>
              <w:rPr>
                <w:b/>
                <w:sz w:val="17"/>
              </w:rPr>
              <w:t xml:space="preserve"> pro </w:t>
            </w:r>
            <w:proofErr w:type="spellStart"/>
            <w:r>
              <w:rPr>
                <w:b/>
                <w:sz w:val="17"/>
              </w:rPr>
              <w:t>úhradu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2E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Ceník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úhrady</w:t>
            </w:r>
            <w:proofErr w:type="spellEnd"/>
            <w:r>
              <w:rPr>
                <w:sz w:val="17"/>
              </w:rPr>
              <w:t xml:space="preserve"> za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dětských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skupinách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Včeličky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Medvídci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schválený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Radou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Boršice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AF6169" w14:paraId="2ECD8932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0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Splatnost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1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měsíčně</w:t>
            </w:r>
            <w:proofErr w:type="spellEnd"/>
            <w:r>
              <w:rPr>
                <w:sz w:val="17"/>
              </w:rPr>
              <w:t xml:space="preserve"> vždy do ............ </w:t>
            </w: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příslušného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kalendářního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měsíce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vystaveného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předpisu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platby</w:t>
            </w:r>
            <w:proofErr w:type="spellEnd"/>
          </w:p>
        </w:tc>
      </w:tr>
      <w:tr w:rsidR="00AF6169" w14:paraId="2ECD8935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3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Způsob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4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bezhotovostním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převodem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účet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poskytovatele</w:t>
            </w:r>
            <w:proofErr w:type="spellEnd"/>
            <w:r>
              <w:rPr>
                <w:sz w:val="17"/>
              </w:rPr>
              <w:t xml:space="preserve"> č. ................................ / </w:t>
            </w:r>
            <w:proofErr w:type="spellStart"/>
            <w:r>
              <w:rPr>
                <w:sz w:val="17"/>
              </w:rPr>
              <w:t>kód</w:t>
            </w:r>
            <w:proofErr w:type="spellEnd"/>
            <w:r>
              <w:rPr>
                <w:sz w:val="17"/>
              </w:rPr>
              <w:t xml:space="preserve"> banky ............, </w:t>
            </w:r>
            <w:proofErr w:type="spellStart"/>
            <w:r>
              <w:rPr>
                <w:sz w:val="17"/>
              </w:rPr>
              <w:t>variabilní</w:t>
            </w:r>
            <w:proofErr w:type="spellEnd"/>
            <w:r>
              <w:rPr>
                <w:sz w:val="17"/>
              </w:rPr>
              <w:t xml:space="preserve"> symbol: ................................</w:t>
            </w:r>
          </w:p>
        </w:tc>
      </w:tr>
      <w:tr w:rsidR="00AF6169" w14:paraId="2ECD8938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6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Povaha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úhrady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7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 je </w:t>
            </w:r>
            <w:proofErr w:type="spellStart"/>
            <w:r>
              <w:rPr>
                <w:sz w:val="17"/>
              </w:rPr>
              <w:t>sjednána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jako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měsíční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úhrada</w:t>
            </w:r>
            <w:proofErr w:type="spellEnd"/>
            <w:r>
              <w:rPr>
                <w:sz w:val="17"/>
              </w:rPr>
              <w:t xml:space="preserve"> za </w:t>
            </w:r>
            <w:proofErr w:type="spellStart"/>
            <w:r>
              <w:rPr>
                <w:sz w:val="17"/>
              </w:rPr>
              <w:t>sjednaný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rozsah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poskytování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a za </w:t>
            </w:r>
            <w:proofErr w:type="spellStart"/>
            <w:r>
              <w:rPr>
                <w:sz w:val="17"/>
              </w:rPr>
              <w:t>obsazení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kapacitního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dítětem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Smlouva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nezakládá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pouze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rezervaci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místa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zavazuje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zajistit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docházku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sjednaném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rozsahu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není</w:t>
            </w:r>
            <w:proofErr w:type="spellEnd"/>
            <w:r>
              <w:rPr>
                <w:sz w:val="17"/>
              </w:rPr>
              <w:t xml:space="preserve">-li </w:t>
            </w:r>
            <w:proofErr w:type="spellStart"/>
            <w:r>
              <w:rPr>
                <w:sz w:val="17"/>
              </w:rPr>
              <w:t>dítě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řádně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omluveno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AF6169" w14:paraId="2ECD893B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9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Nepřítomnost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dítěte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A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Nepřítomnost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nezakládá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nárok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vrácení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snížení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měsíční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úhrady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není</w:t>
            </w:r>
            <w:proofErr w:type="spellEnd"/>
            <w:r>
              <w:rPr>
                <w:sz w:val="17"/>
              </w:rPr>
              <w:t xml:space="preserve">-li v </w:t>
            </w:r>
            <w:proofErr w:type="spellStart"/>
            <w:r>
              <w:rPr>
                <w:sz w:val="17"/>
              </w:rPr>
              <w:t>ceníku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vnitřních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pravidlech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nebo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písemné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dohodě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stanoveno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jinak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Stravné</w:t>
            </w:r>
            <w:proofErr w:type="spellEnd"/>
            <w:r>
              <w:rPr>
                <w:sz w:val="17"/>
              </w:rPr>
              <w:t xml:space="preserve"> se </w:t>
            </w:r>
            <w:proofErr w:type="spellStart"/>
            <w:r>
              <w:rPr>
                <w:sz w:val="17"/>
              </w:rPr>
              <w:t>řídí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odlišně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čl</w:t>
            </w:r>
            <w:proofErr w:type="spellEnd"/>
            <w:r>
              <w:rPr>
                <w:sz w:val="17"/>
              </w:rPr>
              <w:t>. 6.</w:t>
            </w:r>
          </w:p>
        </w:tc>
      </w:tr>
      <w:tr w:rsidR="00AF6169" w14:paraId="2ECD893E" w14:textId="77777777">
        <w:trPr>
          <w:jc w:val="center"/>
        </w:trPr>
        <w:tc>
          <w:tcPr>
            <w:tcW w:w="5043" w:type="dxa"/>
            <w:shd w:val="clear" w:color="auto" w:fill="EDEDED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C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b/>
                <w:sz w:val="17"/>
              </w:rPr>
              <w:t>Mimořádné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akce</w:t>
            </w:r>
            <w:proofErr w:type="spellEnd"/>
          </w:p>
        </w:tc>
        <w:tc>
          <w:tcPr>
            <w:tcW w:w="5043" w:type="dxa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2ECD893D" w14:textId="77777777" w:rsidR="00AF6169" w:rsidRDefault="00F01C27" w:rsidP="00013316">
            <w:pPr>
              <w:spacing w:before="60"/>
              <w:jc w:val="both"/>
            </w:pPr>
            <w:proofErr w:type="spellStart"/>
            <w:r>
              <w:rPr>
                <w:sz w:val="17"/>
              </w:rPr>
              <w:t>Mimořádné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nad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rámec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běžné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plánu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výchovy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péče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mohou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být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hrazeny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samostatně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pouze</w:t>
            </w:r>
            <w:proofErr w:type="spellEnd"/>
            <w:r>
              <w:rPr>
                <w:sz w:val="17"/>
              </w:rPr>
              <w:t xml:space="preserve"> po </w:t>
            </w:r>
            <w:proofErr w:type="spellStart"/>
            <w:r>
              <w:rPr>
                <w:sz w:val="17"/>
              </w:rPr>
              <w:t>předchozím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informování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rodiče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účast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dítěte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takové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nesmí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být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podmínkou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dostupnosti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služby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2ECD893F" w14:textId="77777777" w:rsidR="00AF6169" w:rsidRDefault="00F01C27" w:rsidP="00013316">
      <w:pPr>
        <w:pStyle w:val="Nadpis1"/>
        <w:spacing w:before="60"/>
        <w:jc w:val="both"/>
      </w:pPr>
      <w:r>
        <w:t xml:space="preserve">6. </w:t>
      </w:r>
      <w:proofErr w:type="spellStart"/>
      <w:r>
        <w:t>Stravování</w:t>
      </w:r>
      <w:proofErr w:type="spellEnd"/>
      <w:r>
        <w:t xml:space="preserve"> a </w:t>
      </w:r>
      <w:proofErr w:type="spellStart"/>
      <w:r>
        <w:t>pitný</w:t>
      </w:r>
      <w:proofErr w:type="spellEnd"/>
      <w:r>
        <w:t xml:space="preserve"> </w:t>
      </w:r>
      <w:proofErr w:type="spellStart"/>
      <w:r>
        <w:t>režim</w:t>
      </w:r>
      <w:proofErr w:type="spellEnd"/>
    </w:p>
    <w:p w14:paraId="2ECD8940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Stravování</w:t>
      </w:r>
      <w:proofErr w:type="spellEnd"/>
      <w:r>
        <w:t xml:space="preserve"> je </w:t>
      </w:r>
      <w:proofErr w:type="spellStart"/>
      <w:r>
        <w:t>zajištěno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 </w:t>
      </w:r>
      <w:proofErr w:type="spellStart"/>
      <w:r>
        <w:t>dovozu</w:t>
      </w:r>
      <w:proofErr w:type="spellEnd"/>
      <w:r>
        <w:t xml:space="preserve"> </w:t>
      </w:r>
      <w:proofErr w:type="spellStart"/>
      <w:r>
        <w:t>hotových</w:t>
      </w:r>
      <w:proofErr w:type="spellEnd"/>
      <w:r>
        <w:t xml:space="preserve"> </w:t>
      </w:r>
      <w:proofErr w:type="spellStart"/>
      <w:r>
        <w:t>jídel</w:t>
      </w:r>
      <w:proofErr w:type="spellEnd"/>
      <w:r>
        <w:t xml:space="preserve"> z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proofErr w:type="spellStart"/>
      <w:r>
        <w:t>Dětem</w:t>
      </w:r>
      <w:proofErr w:type="spellEnd"/>
      <w:r>
        <w:t xml:space="preserve"> je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poskytována</w:t>
      </w:r>
      <w:proofErr w:type="spellEnd"/>
      <w:r>
        <w:t xml:space="preserve"> </w:t>
      </w:r>
      <w:proofErr w:type="spellStart"/>
      <w:r>
        <w:t>strava</w:t>
      </w:r>
      <w:proofErr w:type="spellEnd"/>
      <w:r>
        <w:t xml:space="preserve"> a </w:t>
      </w:r>
      <w:proofErr w:type="spellStart"/>
      <w:r>
        <w:t>pitný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odpovídající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délce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a </w:t>
      </w:r>
      <w:proofErr w:type="spellStart"/>
      <w:r>
        <w:t>platným</w:t>
      </w:r>
      <w:proofErr w:type="spellEnd"/>
      <w:r>
        <w:t xml:space="preserve"> </w:t>
      </w:r>
      <w:proofErr w:type="spellStart"/>
      <w:r>
        <w:t>hygienickým</w:t>
      </w:r>
      <w:proofErr w:type="spellEnd"/>
      <w:r>
        <w:t xml:space="preserve"> a </w:t>
      </w:r>
      <w:proofErr w:type="spellStart"/>
      <w:r>
        <w:t>výživovým</w:t>
      </w:r>
      <w:proofErr w:type="spellEnd"/>
      <w:r>
        <w:t xml:space="preserve"> </w:t>
      </w:r>
      <w:proofErr w:type="spellStart"/>
      <w:r>
        <w:t>požadavkům</w:t>
      </w:r>
      <w:proofErr w:type="spellEnd"/>
      <w:r>
        <w:t>.</w:t>
      </w:r>
    </w:p>
    <w:p w14:paraId="2ECD8941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měsíční</w:t>
      </w:r>
      <w:proofErr w:type="spellEnd"/>
      <w:r>
        <w:t xml:space="preserve"> </w:t>
      </w:r>
      <w:proofErr w:type="spellStart"/>
      <w:r>
        <w:t>úhrady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a </w:t>
      </w:r>
      <w:proofErr w:type="spellStart"/>
      <w:r>
        <w:t>hradí</w:t>
      </w:r>
      <w:proofErr w:type="spellEnd"/>
      <w:r>
        <w:t xml:space="preserve"> se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skutečně</w:t>
      </w:r>
      <w:proofErr w:type="spellEnd"/>
      <w:r>
        <w:t xml:space="preserve"> </w:t>
      </w:r>
      <w:proofErr w:type="spellStart"/>
      <w:r>
        <w:t>objednané</w:t>
      </w:r>
      <w:proofErr w:type="spellEnd"/>
      <w:r>
        <w:t xml:space="preserve"> a </w:t>
      </w:r>
      <w:proofErr w:type="spellStart"/>
      <w:r>
        <w:t>poskytnuté</w:t>
      </w:r>
      <w:proofErr w:type="spellEnd"/>
      <w:r>
        <w:t xml:space="preserve"> </w:t>
      </w:r>
      <w:proofErr w:type="spellStart"/>
      <w:r>
        <w:t>stravy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aktuálním</w:t>
      </w:r>
      <w:proofErr w:type="spellEnd"/>
      <w:r>
        <w:t xml:space="preserve"> </w:t>
      </w:r>
      <w:proofErr w:type="spellStart"/>
      <w:r>
        <w:t>ceníkem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>.</w:t>
      </w:r>
    </w:p>
    <w:p w14:paraId="2ECD8942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Nepřítomnost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odhlášení</w:t>
      </w:r>
      <w:proofErr w:type="spellEnd"/>
      <w:r>
        <w:t xml:space="preserve"> </w:t>
      </w:r>
      <w:proofErr w:type="spellStart"/>
      <w:r>
        <w:t>stravy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nahlásit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do 8:00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prostřednictvím</w:t>
      </w:r>
      <w:proofErr w:type="spellEnd"/>
      <w:r>
        <w:t xml:space="preserve"> </w:t>
      </w:r>
      <w:proofErr w:type="spellStart"/>
      <w:r>
        <w:t>komunikační</w:t>
      </w:r>
      <w:proofErr w:type="spellEnd"/>
      <w:r>
        <w:t xml:space="preserve"> </w:t>
      </w:r>
      <w:proofErr w:type="spellStart"/>
      <w:r>
        <w:t>aplikace</w:t>
      </w:r>
      <w:proofErr w:type="spellEnd"/>
      <w:r>
        <w:t xml:space="preserve">, </w:t>
      </w:r>
      <w:proofErr w:type="spellStart"/>
      <w:r>
        <w:t>telefonicky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jiným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 xml:space="preserve"> </w:t>
      </w:r>
      <w:proofErr w:type="spellStart"/>
      <w:r>
        <w:t>určeným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. Při </w:t>
      </w:r>
      <w:proofErr w:type="spellStart"/>
      <w:r>
        <w:t>včasném</w:t>
      </w:r>
      <w:proofErr w:type="spellEnd"/>
      <w:r>
        <w:t xml:space="preserve"> </w:t>
      </w:r>
      <w:proofErr w:type="spellStart"/>
      <w:r>
        <w:t>odhlášení</w:t>
      </w:r>
      <w:proofErr w:type="spellEnd"/>
      <w:r>
        <w:t xml:space="preserve"> se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neúčtuje</w:t>
      </w:r>
      <w:proofErr w:type="spellEnd"/>
      <w:r>
        <w:t xml:space="preserve">;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pozdním</w:t>
      </w:r>
      <w:proofErr w:type="spellEnd"/>
      <w:r>
        <w:t xml:space="preserve"> </w:t>
      </w:r>
      <w:proofErr w:type="spellStart"/>
      <w:r>
        <w:t>odhlášení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stravné</w:t>
      </w:r>
      <w:proofErr w:type="spellEnd"/>
      <w:r>
        <w:t xml:space="preserve"> </w:t>
      </w:r>
      <w:proofErr w:type="spellStart"/>
      <w:r>
        <w:t>uhradit</w:t>
      </w:r>
      <w:proofErr w:type="spellEnd"/>
      <w:r>
        <w:t>.</w:t>
      </w:r>
    </w:p>
    <w:p w14:paraId="2ECD8943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standardně</w:t>
      </w:r>
      <w:proofErr w:type="spellEnd"/>
      <w:r>
        <w:t xml:space="preserve"> </w:t>
      </w:r>
      <w:proofErr w:type="spellStart"/>
      <w:r>
        <w:t>nezajišťuje</w:t>
      </w:r>
      <w:proofErr w:type="spellEnd"/>
      <w:r>
        <w:t xml:space="preserve"> </w:t>
      </w:r>
      <w:proofErr w:type="spellStart"/>
      <w:r>
        <w:t>dietní</w:t>
      </w:r>
      <w:proofErr w:type="spellEnd"/>
      <w:r>
        <w:t xml:space="preserve"> </w:t>
      </w:r>
      <w:proofErr w:type="spellStart"/>
      <w:r>
        <w:t>stravování</w:t>
      </w:r>
      <w:proofErr w:type="spellEnd"/>
      <w:r>
        <w:t xml:space="preserve">. </w:t>
      </w:r>
      <w:proofErr w:type="spellStart"/>
      <w:r>
        <w:t>Dietní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individuální</w:t>
      </w:r>
      <w:proofErr w:type="spellEnd"/>
      <w:r>
        <w:t xml:space="preserve"> </w:t>
      </w:r>
      <w:proofErr w:type="spellStart"/>
      <w:r>
        <w:t>stravování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řešit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po </w:t>
      </w:r>
      <w:proofErr w:type="spellStart"/>
      <w:r>
        <w:t>předchozí</w:t>
      </w:r>
      <w:proofErr w:type="spellEnd"/>
      <w:r>
        <w:t xml:space="preserve"> </w:t>
      </w:r>
      <w:proofErr w:type="spellStart"/>
      <w:r>
        <w:t>písemné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provozními</w:t>
      </w:r>
      <w:proofErr w:type="spellEnd"/>
      <w:r>
        <w:t xml:space="preserve"> a </w:t>
      </w:r>
      <w:proofErr w:type="spellStart"/>
      <w:r>
        <w:t>hygienickými</w:t>
      </w:r>
      <w:proofErr w:type="spellEnd"/>
      <w:r>
        <w:t xml:space="preserve"> </w:t>
      </w:r>
      <w:proofErr w:type="spellStart"/>
      <w:r>
        <w:t>možnostmi</w:t>
      </w:r>
      <w:proofErr w:type="spellEnd"/>
      <w:r>
        <w:t xml:space="preserve"> </w:t>
      </w:r>
      <w:proofErr w:type="spellStart"/>
      <w:r>
        <w:t>zařízení</w:t>
      </w:r>
      <w:proofErr w:type="spellEnd"/>
      <w:r>
        <w:t xml:space="preserve">;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důvody</w:t>
      </w:r>
      <w:proofErr w:type="spellEnd"/>
      <w:r>
        <w:t xml:space="preserve">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lékařským</w:t>
      </w:r>
      <w:proofErr w:type="spellEnd"/>
      <w:r>
        <w:t xml:space="preserve"> </w:t>
      </w:r>
      <w:proofErr w:type="spellStart"/>
      <w:r>
        <w:t>potvrzením</w:t>
      </w:r>
      <w:proofErr w:type="spellEnd"/>
      <w:r>
        <w:t xml:space="preserve">, </w:t>
      </w:r>
      <w:proofErr w:type="spellStart"/>
      <w:r>
        <w:t>vyžaduje</w:t>
      </w:r>
      <w:proofErr w:type="spellEnd"/>
      <w:r>
        <w:t xml:space="preserve">-li to </w:t>
      </w:r>
      <w:proofErr w:type="spellStart"/>
      <w:r>
        <w:t>povaha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>.</w:t>
      </w:r>
    </w:p>
    <w:p w14:paraId="2ECD8944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Je-li po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zajišťována</w:t>
      </w:r>
      <w:proofErr w:type="spellEnd"/>
      <w:r>
        <w:t xml:space="preserve"> </w:t>
      </w:r>
      <w:proofErr w:type="spellStart"/>
      <w:r>
        <w:t>vlastní</w:t>
      </w:r>
      <w:proofErr w:type="spellEnd"/>
      <w:r>
        <w:t xml:space="preserve"> </w:t>
      </w:r>
      <w:proofErr w:type="spellStart"/>
      <w:r>
        <w:t>strava</w:t>
      </w:r>
      <w:proofErr w:type="spellEnd"/>
      <w:r>
        <w:t xml:space="preserve"> z </w:t>
      </w:r>
      <w:proofErr w:type="spellStart"/>
      <w:r>
        <w:t>domova</w:t>
      </w:r>
      <w:proofErr w:type="spellEnd"/>
      <w:r>
        <w:t xml:space="preserve">,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odpovídá</w:t>
      </w:r>
      <w:proofErr w:type="spellEnd"/>
      <w:r>
        <w:t xml:space="preserve"> za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nezávadnost</w:t>
      </w:r>
      <w:proofErr w:type="spellEnd"/>
      <w:r>
        <w:t xml:space="preserve">, </w:t>
      </w:r>
      <w:proofErr w:type="spellStart"/>
      <w:r>
        <w:t>správné</w:t>
      </w:r>
      <w:proofErr w:type="spellEnd"/>
      <w:r>
        <w:t xml:space="preserve"> </w:t>
      </w:r>
      <w:proofErr w:type="spellStart"/>
      <w:r>
        <w:t>označení</w:t>
      </w:r>
      <w:proofErr w:type="spellEnd"/>
      <w:r>
        <w:t xml:space="preserve"> a </w:t>
      </w:r>
      <w:proofErr w:type="spellStart"/>
      <w:r>
        <w:t>bezpečné</w:t>
      </w:r>
      <w:proofErr w:type="spellEnd"/>
      <w:r>
        <w:t xml:space="preserve"> </w:t>
      </w:r>
      <w:proofErr w:type="spellStart"/>
      <w:r>
        <w:t>zabalení</w:t>
      </w:r>
      <w:proofErr w:type="spellEnd"/>
      <w:r>
        <w:t xml:space="preserve">;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zajistí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uchování</w:t>
      </w:r>
      <w:proofErr w:type="spellEnd"/>
      <w:r>
        <w:t xml:space="preserve">, </w:t>
      </w:r>
      <w:proofErr w:type="spellStart"/>
      <w:r>
        <w:t>případný</w:t>
      </w:r>
      <w:proofErr w:type="spellEnd"/>
      <w:r>
        <w:t xml:space="preserve"> </w:t>
      </w:r>
      <w:proofErr w:type="spellStart"/>
      <w:r>
        <w:t>ohřev</w:t>
      </w:r>
      <w:proofErr w:type="spellEnd"/>
      <w:r>
        <w:t xml:space="preserve"> a </w:t>
      </w:r>
      <w:proofErr w:type="spellStart"/>
      <w:r>
        <w:t>podání</w:t>
      </w:r>
      <w:proofErr w:type="spellEnd"/>
      <w:r>
        <w:t xml:space="preserve"> </w:t>
      </w:r>
      <w:proofErr w:type="spellStart"/>
      <w:r>
        <w:t>dítěti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požadavky</w:t>
      </w:r>
      <w:proofErr w:type="spellEnd"/>
      <w:r>
        <w:t xml:space="preserve"> </w:t>
      </w:r>
      <w:proofErr w:type="spellStart"/>
      <w:r>
        <w:t>správné</w:t>
      </w:r>
      <w:proofErr w:type="spellEnd"/>
      <w:r>
        <w:t xml:space="preserve"> </w:t>
      </w:r>
      <w:proofErr w:type="spellStart"/>
      <w:r>
        <w:t>hygienické</w:t>
      </w:r>
      <w:proofErr w:type="spellEnd"/>
      <w:r>
        <w:t xml:space="preserve"> </w:t>
      </w:r>
      <w:proofErr w:type="spellStart"/>
      <w:r>
        <w:t>praxe</w:t>
      </w:r>
      <w:proofErr w:type="spellEnd"/>
      <w:r>
        <w:t>.</w:t>
      </w:r>
    </w:p>
    <w:p w14:paraId="2ECD8945" w14:textId="77777777" w:rsidR="00AF6169" w:rsidRDefault="00F01C27" w:rsidP="00013316">
      <w:pPr>
        <w:pStyle w:val="Nadpis1"/>
        <w:spacing w:before="60"/>
        <w:jc w:val="both"/>
      </w:pPr>
      <w:r>
        <w:lastRenderedPageBreak/>
        <w:t xml:space="preserve">7. </w:t>
      </w:r>
      <w:proofErr w:type="spellStart"/>
      <w:r>
        <w:t>Doklady</w:t>
      </w:r>
      <w:proofErr w:type="spellEnd"/>
      <w:r>
        <w:t xml:space="preserve">, evidence a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</w:p>
    <w:p w14:paraId="2ECD8946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čerpá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platných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.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a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podkladem</w:t>
      </w:r>
      <w:proofErr w:type="spellEnd"/>
      <w:r>
        <w:t xml:space="preserve"> pro </w:t>
      </w:r>
      <w:proofErr w:type="spellStart"/>
      <w:r>
        <w:t>prokazování</w:t>
      </w:r>
      <w:proofErr w:type="spellEnd"/>
      <w:r>
        <w:t xml:space="preserve"> </w:t>
      </w:r>
      <w:proofErr w:type="spellStart"/>
      <w:r>
        <w:t>obsazenosti</w:t>
      </w:r>
      <w:proofErr w:type="spellEnd"/>
      <w:r>
        <w:t xml:space="preserve"> </w:t>
      </w:r>
      <w:proofErr w:type="spellStart"/>
      <w:r>
        <w:t>kapacitního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a pro </w:t>
      </w:r>
      <w:proofErr w:type="spellStart"/>
      <w:r>
        <w:t>čerpání</w:t>
      </w:r>
      <w:proofErr w:type="spellEnd"/>
      <w:r>
        <w:t xml:space="preserve">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příspěvku</w:t>
      </w:r>
      <w:proofErr w:type="spellEnd"/>
      <w:r>
        <w:t>.</w:t>
      </w:r>
    </w:p>
    <w:p w14:paraId="2ECD8947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potvrzuje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je </w:t>
      </w:r>
      <w:proofErr w:type="spellStart"/>
      <w:r>
        <w:t>vědom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finanční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poskytované</w:t>
      </w:r>
      <w:proofErr w:type="spellEnd"/>
      <w:r>
        <w:t xml:space="preserve"> k </w:t>
      </w:r>
      <w:proofErr w:type="spellStart"/>
      <w:r>
        <w:t>obsazenému</w:t>
      </w:r>
      <w:proofErr w:type="spellEnd"/>
      <w:r>
        <w:t xml:space="preserve"> </w:t>
      </w:r>
      <w:proofErr w:type="spellStart"/>
      <w:r>
        <w:t>kapacitnímu</w:t>
      </w:r>
      <w:proofErr w:type="spellEnd"/>
      <w:r>
        <w:t xml:space="preserve"> </w:t>
      </w:r>
      <w:proofErr w:type="spellStart"/>
      <w:r>
        <w:t>místu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a </w:t>
      </w:r>
      <w:proofErr w:type="spellStart"/>
      <w:r>
        <w:t>že</w:t>
      </w:r>
      <w:proofErr w:type="spellEnd"/>
      <w:r>
        <w:t xml:space="preserve"> ani on, ani </w:t>
      </w:r>
      <w:proofErr w:type="spellStart"/>
      <w:r>
        <w:t>druhý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neuzavřeli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obsazení</w:t>
      </w:r>
      <w:proofErr w:type="spellEnd"/>
      <w:r>
        <w:t xml:space="preserve"> </w:t>
      </w:r>
      <w:proofErr w:type="spellStart"/>
      <w:r>
        <w:t>kapacitního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v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stejný</w:t>
      </w:r>
      <w:proofErr w:type="spellEnd"/>
      <w:r>
        <w:t xml:space="preserve"> den a </w:t>
      </w:r>
      <w:proofErr w:type="spellStart"/>
      <w:r>
        <w:t>čas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by k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skutečnosti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ji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>.</w:t>
      </w:r>
    </w:p>
    <w:p w14:paraId="2ECD8948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úhrady</w:t>
      </w:r>
      <w:proofErr w:type="spellEnd"/>
      <w:r>
        <w:t xml:space="preserve"> je </w:t>
      </w:r>
      <w:proofErr w:type="spellStart"/>
      <w:r>
        <w:t>stanovena</w:t>
      </w:r>
      <w:proofErr w:type="spellEnd"/>
      <w:r>
        <w:t xml:space="preserve"> s </w:t>
      </w:r>
      <w:proofErr w:type="spellStart"/>
      <w:r>
        <w:t>ohledem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spolufinancování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příspěvkem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dětských</w:t>
      </w:r>
      <w:proofErr w:type="spellEnd"/>
      <w:r>
        <w:t xml:space="preserve"> </w:t>
      </w:r>
      <w:proofErr w:type="spellStart"/>
      <w:r>
        <w:t>skupin</w:t>
      </w:r>
      <w:proofErr w:type="spellEnd"/>
      <w:r>
        <w:t xml:space="preserve"> ze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a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překročit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limit </w:t>
      </w:r>
      <w:proofErr w:type="spellStart"/>
      <w:r>
        <w:t>úhrady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tento</w:t>
      </w:r>
      <w:proofErr w:type="spellEnd"/>
      <w:r>
        <w:t xml:space="preserve"> limit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dané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a </w:t>
      </w:r>
      <w:proofErr w:type="spellStart"/>
      <w:r>
        <w:t>sjednaný</w:t>
      </w:r>
      <w:proofErr w:type="spellEnd"/>
      <w:r>
        <w:t xml:space="preserve"> </w:t>
      </w:r>
      <w:proofErr w:type="spellStart"/>
      <w:r>
        <w:t>rozsah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vztahuje</w:t>
      </w:r>
      <w:proofErr w:type="spellEnd"/>
      <w:r>
        <w:t>.</w:t>
      </w:r>
    </w:p>
    <w:p w14:paraId="2ECD8949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v den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lékařský</w:t>
      </w:r>
      <w:proofErr w:type="spellEnd"/>
      <w:r>
        <w:t xml:space="preserve"> </w:t>
      </w:r>
      <w:proofErr w:type="spellStart"/>
      <w:r>
        <w:t>posudek</w:t>
      </w:r>
      <w:proofErr w:type="spellEnd"/>
      <w:r>
        <w:t xml:space="preserve"> o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způsobilosti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dokladu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podrobilo</w:t>
      </w:r>
      <w:proofErr w:type="spellEnd"/>
      <w:r>
        <w:t xml:space="preserve"> </w:t>
      </w:r>
      <w:proofErr w:type="spellStart"/>
      <w:r>
        <w:t>stanoveným</w:t>
      </w:r>
      <w:proofErr w:type="spellEnd"/>
      <w:r>
        <w:t xml:space="preserve"> </w:t>
      </w:r>
      <w:proofErr w:type="spellStart"/>
      <w:r>
        <w:t>pravidelným</w:t>
      </w:r>
      <w:proofErr w:type="spellEnd"/>
      <w:r>
        <w:t xml:space="preserve"> </w:t>
      </w:r>
      <w:proofErr w:type="spellStart"/>
      <w:r>
        <w:t>očkováním</w:t>
      </w:r>
      <w:proofErr w:type="spellEnd"/>
      <w:r>
        <w:t xml:space="preserve">, je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nákaze</w:t>
      </w:r>
      <w:proofErr w:type="spellEnd"/>
      <w:r>
        <w:t xml:space="preserve"> </w:t>
      </w:r>
      <w:proofErr w:type="spellStart"/>
      <w:r>
        <w:t>imunní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se </w:t>
      </w:r>
      <w:proofErr w:type="spellStart"/>
      <w:r>
        <w:t>nemůže</w:t>
      </w:r>
      <w:proofErr w:type="spellEnd"/>
      <w:r>
        <w:t xml:space="preserve"> </w:t>
      </w:r>
      <w:proofErr w:type="spellStart"/>
      <w:r>
        <w:t>očkování</w:t>
      </w:r>
      <w:proofErr w:type="spellEnd"/>
      <w:r>
        <w:t xml:space="preserve"> </w:t>
      </w:r>
      <w:proofErr w:type="spellStart"/>
      <w:r>
        <w:t>podrobit</w:t>
      </w:r>
      <w:proofErr w:type="spellEnd"/>
      <w:r>
        <w:t xml:space="preserve"> pro </w:t>
      </w:r>
      <w:proofErr w:type="spellStart"/>
      <w:r>
        <w:t>kontraindikaci</w:t>
      </w:r>
      <w:proofErr w:type="spellEnd"/>
      <w:r>
        <w:t>.</w:t>
      </w:r>
    </w:p>
    <w:p w14:paraId="2ECD894A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Dojde-li </w:t>
      </w:r>
      <w:proofErr w:type="spellStart"/>
      <w:r>
        <w:t>ke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způsobilosti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nový</w:t>
      </w:r>
      <w:proofErr w:type="spellEnd"/>
      <w:r>
        <w:t xml:space="preserve"> </w:t>
      </w:r>
      <w:proofErr w:type="spellStart"/>
      <w:r>
        <w:t>lékařský</w:t>
      </w:r>
      <w:proofErr w:type="spellEnd"/>
      <w:r>
        <w:t xml:space="preserve"> </w:t>
      </w:r>
      <w:proofErr w:type="spellStart"/>
      <w:r>
        <w:t>posudek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lhůtě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>.</w:t>
      </w:r>
    </w:p>
    <w:p w14:paraId="2ECD894B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Žádá</w:t>
      </w:r>
      <w:proofErr w:type="spellEnd"/>
      <w:r>
        <w:t xml:space="preserve">-li </w:t>
      </w:r>
      <w:proofErr w:type="spellStart"/>
      <w:r>
        <w:t>poskytovatel</w:t>
      </w:r>
      <w:proofErr w:type="spellEnd"/>
      <w:r>
        <w:t xml:space="preserve"> o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provoz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, je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v den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</w:t>
      </w:r>
      <w:proofErr w:type="spellStart"/>
      <w:r>
        <w:t>doložit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</w:t>
      </w:r>
      <w:proofErr w:type="spellStart"/>
      <w:r>
        <w:t>prokazující</w:t>
      </w:r>
      <w:proofErr w:type="spellEnd"/>
      <w:r>
        <w:t xml:space="preserve"> </w:t>
      </w:r>
      <w:proofErr w:type="spellStart"/>
      <w:r>
        <w:t>vazbu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trh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se </w:t>
      </w:r>
      <w:proofErr w:type="spellStart"/>
      <w:r>
        <w:t>zákonem</w:t>
      </w:r>
      <w:proofErr w:type="spellEnd"/>
      <w:r>
        <w:t xml:space="preserve"> č. 247/2014 Sb. </w:t>
      </w:r>
      <w:proofErr w:type="gramStart"/>
      <w:r>
        <w:t>a</w:t>
      </w:r>
      <w:proofErr w:type="gramEnd"/>
      <w:r>
        <w:t xml:space="preserve"> </w:t>
      </w:r>
      <w:proofErr w:type="spellStart"/>
      <w:r>
        <w:t>oznamovat</w:t>
      </w:r>
      <w:proofErr w:type="spellEnd"/>
      <w:r>
        <w:t xml:space="preserve"> a </w:t>
      </w:r>
      <w:proofErr w:type="spellStart"/>
      <w:r>
        <w:t>dokládat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skutečností</w:t>
      </w:r>
      <w:proofErr w:type="spellEnd"/>
      <w:r>
        <w:t xml:space="preserve"> do 10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vzniku</w:t>
      </w:r>
      <w:proofErr w:type="spellEnd"/>
      <w:r>
        <w:t>.</w:t>
      </w:r>
    </w:p>
    <w:p w14:paraId="2ECD894C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uzavření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o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čerpající</w:t>
      </w:r>
      <w:proofErr w:type="spellEnd"/>
      <w:r>
        <w:t xml:space="preserve"> </w:t>
      </w:r>
      <w:proofErr w:type="spellStart"/>
      <w:r>
        <w:t>státní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totéž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,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a </w:t>
      </w:r>
      <w:proofErr w:type="spellStart"/>
      <w:r>
        <w:t>časů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jiného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 </w:t>
      </w:r>
      <w:proofErr w:type="spellStart"/>
      <w:r>
        <w:t>poskytována</w:t>
      </w:r>
      <w:proofErr w:type="spellEnd"/>
      <w:r>
        <w:t>.</w:t>
      </w:r>
    </w:p>
    <w:p w14:paraId="2ECD894D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přijetí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k </w:t>
      </w:r>
      <w:proofErr w:type="spellStart"/>
      <w:r>
        <w:t>předškolnímu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v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; </w:t>
      </w:r>
      <w:proofErr w:type="spellStart"/>
      <w:r>
        <w:t>má</w:t>
      </w:r>
      <w:proofErr w:type="spellEnd"/>
      <w:r>
        <w:t xml:space="preserve">-li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individuálně</w:t>
      </w:r>
      <w:proofErr w:type="spellEnd"/>
      <w:r>
        <w:t xml:space="preserve"> </w:t>
      </w:r>
      <w:proofErr w:type="spellStart"/>
      <w:r>
        <w:t>vzděláváno</w:t>
      </w:r>
      <w:proofErr w:type="spellEnd"/>
      <w:r>
        <w:t xml:space="preserve">,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skutečnost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současně</w:t>
      </w:r>
      <w:proofErr w:type="spellEnd"/>
      <w:r>
        <w:t xml:space="preserve"> s </w:t>
      </w:r>
      <w:proofErr w:type="spellStart"/>
      <w:r>
        <w:t>oznámením</w:t>
      </w:r>
      <w:proofErr w:type="spellEnd"/>
      <w:r>
        <w:t xml:space="preserve"> </w:t>
      </w:r>
      <w:proofErr w:type="spellStart"/>
      <w:r>
        <w:t>řediteli</w:t>
      </w:r>
      <w:proofErr w:type="spellEnd"/>
      <w:r>
        <w:t xml:space="preserve"> </w:t>
      </w:r>
      <w:proofErr w:type="spellStart"/>
      <w:r>
        <w:t>mateřské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školského</w:t>
      </w:r>
      <w:proofErr w:type="spellEnd"/>
      <w:r>
        <w:t xml:space="preserve"> </w:t>
      </w:r>
      <w:proofErr w:type="spellStart"/>
      <w:r>
        <w:t>zákona</w:t>
      </w:r>
      <w:proofErr w:type="spellEnd"/>
      <w:r>
        <w:t>.</w:t>
      </w:r>
    </w:p>
    <w:p w14:paraId="2ECD894E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Porušením</w:t>
      </w:r>
      <w:proofErr w:type="spellEnd"/>
      <w:r>
        <w:t xml:space="preserve"> </w:t>
      </w:r>
      <w:proofErr w:type="spellStart"/>
      <w:r>
        <w:t>oznamovacích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vzniknout</w:t>
      </w:r>
      <w:proofErr w:type="spellEnd"/>
      <w:r>
        <w:t xml:space="preserve"> </w:t>
      </w:r>
      <w:proofErr w:type="spellStart"/>
      <w:r>
        <w:t>škoda</w:t>
      </w:r>
      <w:proofErr w:type="spellEnd"/>
      <w:r>
        <w:t xml:space="preserve">,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vrátit</w:t>
      </w:r>
      <w:proofErr w:type="spellEnd"/>
      <w:r>
        <w:t xml:space="preserve"> </w:t>
      </w:r>
      <w:proofErr w:type="spellStart"/>
      <w:r>
        <w:t>neoprávněně</w:t>
      </w:r>
      <w:proofErr w:type="spellEnd"/>
      <w:r>
        <w:t xml:space="preserve"> </w:t>
      </w:r>
      <w:proofErr w:type="spellStart"/>
      <w:r>
        <w:t>vyplacený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;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požadovat</w:t>
      </w:r>
      <w:proofErr w:type="spellEnd"/>
      <w:r>
        <w:t xml:space="preserve"> po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náhradu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občanského</w:t>
      </w:r>
      <w:proofErr w:type="spellEnd"/>
      <w:r>
        <w:t xml:space="preserve"> </w:t>
      </w:r>
      <w:proofErr w:type="spellStart"/>
      <w:r>
        <w:t>zákoníku</w:t>
      </w:r>
      <w:proofErr w:type="spellEnd"/>
      <w:r>
        <w:t>.</w:t>
      </w:r>
    </w:p>
    <w:p w14:paraId="2ECD894F" w14:textId="77777777" w:rsidR="00AF6169" w:rsidRDefault="00F01C27" w:rsidP="00013316">
      <w:pPr>
        <w:pStyle w:val="Nadpis1"/>
        <w:spacing w:before="60"/>
        <w:jc w:val="both"/>
      </w:pPr>
      <w:r>
        <w:t xml:space="preserve">8. </w:t>
      </w:r>
      <w:proofErr w:type="spellStart"/>
      <w:r>
        <w:t>Předávání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bezpečnost</w:t>
      </w:r>
      <w:proofErr w:type="spellEnd"/>
      <w:r>
        <w:t xml:space="preserve"> a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stav</w:t>
      </w:r>
      <w:proofErr w:type="spellEnd"/>
    </w:p>
    <w:p w14:paraId="2ECD8950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předává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 v </w:t>
      </w:r>
      <w:proofErr w:type="spellStart"/>
      <w:r>
        <w:t>místě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.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vydáno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pověřené</w:t>
      </w:r>
      <w:proofErr w:type="spellEnd"/>
      <w:r>
        <w:t xml:space="preserve"> </w:t>
      </w:r>
      <w:proofErr w:type="spellStart"/>
      <w:r>
        <w:t>rodičem</w:t>
      </w:r>
      <w:proofErr w:type="spellEnd"/>
      <w:r>
        <w:t xml:space="preserve">.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požadovat</w:t>
      </w:r>
      <w:proofErr w:type="spellEnd"/>
      <w:r>
        <w:t xml:space="preserve"> </w:t>
      </w:r>
      <w:proofErr w:type="spellStart"/>
      <w:r>
        <w:t>prokázání</w:t>
      </w:r>
      <w:proofErr w:type="spellEnd"/>
      <w:r>
        <w:t xml:space="preserve"> </w:t>
      </w:r>
      <w:proofErr w:type="spellStart"/>
      <w:r>
        <w:t>totožnosti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vyzvedává</w:t>
      </w:r>
      <w:proofErr w:type="spellEnd"/>
      <w:r>
        <w:t>.</w:t>
      </w:r>
    </w:p>
    <w:p w14:paraId="2ECD8951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Seznam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 </w:t>
      </w:r>
      <w:proofErr w:type="spellStart"/>
      <w:r>
        <w:t>oprávněných</w:t>
      </w:r>
      <w:proofErr w:type="spellEnd"/>
      <w:r>
        <w:t xml:space="preserve"> k </w:t>
      </w:r>
      <w:proofErr w:type="spellStart"/>
      <w:r>
        <w:t>vyzvedávání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je </w:t>
      </w:r>
      <w:proofErr w:type="spellStart"/>
      <w:r>
        <w:t>veden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součást</w:t>
      </w:r>
      <w:proofErr w:type="spellEnd"/>
      <w:r>
        <w:t xml:space="preserve"> evidence </w:t>
      </w:r>
      <w:proofErr w:type="spellStart"/>
      <w:r>
        <w:t>dítěte</w:t>
      </w:r>
      <w:proofErr w:type="spellEnd"/>
      <w:r>
        <w:t xml:space="preserve">;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jméno</w:t>
      </w:r>
      <w:proofErr w:type="spellEnd"/>
      <w:r>
        <w:t xml:space="preserve">, </w:t>
      </w:r>
      <w:proofErr w:type="spellStart"/>
      <w:r>
        <w:t>příjmení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místa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pověřenou</w:t>
      </w:r>
      <w:proofErr w:type="spellEnd"/>
      <w:r>
        <w:t xml:space="preserve"> </w:t>
      </w:r>
      <w:proofErr w:type="spellStart"/>
      <w:r>
        <w:t>osobu</w:t>
      </w:r>
      <w:proofErr w:type="spellEnd"/>
      <w:r>
        <w:t>.</w:t>
      </w:r>
    </w:p>
    <w:p w14:paraId="2ECD8952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přivádět</w:t>
      </w:r>
      <w:proofErr w:type="spellEnd"/>
      <w:r>
        <w:t xml:space="preserve"> do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zdravotním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umožňujícím</w:t>
      </w:r>
      <w:proofErr w:type="spellEnd"/>
      <w:r>
        <w:t xml:space="preserve"> </w:t>
      </w:r>
      <w:proofErr w:type="spellStart"/>
      <w:r>
        <w:t>pobyt</w:t>
      </w:r>
      <w:proofErr w:type="spellEnd"/>
      <w:r>
        <w:t xml:space="preserve"> v </w:t>
      </w:r>
      <w:proofErr w:type="spellStart"/>
      <w:r>
        <w:t>dětském</w:t>
      </w:r>
      <w:proofErr w:type="spellEnd"/>
      <w:r>
        <w:t xml:space="preserve"> </w:t>
      </w:r>
      <w:proofErr w:type="spellStart"/>
      <w:r>
        <w:t>kolektivu</w:t>
      </w:r>
      <w:proofErr w:type="spellEnd"/>
      <w:r>
        <w:t xml:space="preserve">, bez </w:t>
      </w:r>
      <w:proofErr w:type="spellStart"/>
      <w:r>
        <w:t>zjevných</w:t>
      </w:r>
      <w:proofErr w:type="spellEnd"/>
      <w:r>
        <w:t xml:space="preserve"> </w:t>
      </w:r>
      <w:proofErr w:type="spellStart"/>
      <w:r>
        <w:t>příznaků</w:t>
      </w:r>
      <w:proofErr w:type="spellEnd"/>
      <w:r>
        <w:t xml:space="preserve"> </w:t>
      </w:r>
      <w:proofErr w:type="spellStart"/>
      <w:r>
        <w:t>infekčního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jiného</w:t>
      </w:r>
      <w:proofErr w:type="spellEnd"/>
      <w:r>
        <w:t xml:space="preserve"> </w:t>
      </w:r>
      <w:proofErr w:type="spellStart"/>
      <w:r>
        <w:t>akutního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>.</w:t>
      </w:r>
    </w:p>
    <w:p w14:paraId="2ECD8953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Při </w:t>
      </w:r>
      <w:proofErr w:type="spellStart"/>
      <w:r>
        <w:t>výskytu</w:t>
      </w:r>
      <w:proofErr w:type="spellEnd"/>
      <w:r>
        <w:t xml:space="preserve"> </w:t>
      </w:r>
      <w:proofErr w:type="spellStart"/>
      <w:r>
        <w:t>příznaků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u </w:t>
      </w:r>
      <w:proofErr w:type="spellStart"/>
      <w:r>
        <w:t>dítěte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je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povinna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a </w:t>
      </w:r>
      <w:proofErr w:type="spellStart"/>
      <w:r>
        <w:t>předat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zdravotních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. </w:t>
      </w:r>
      <w:proofErr w:type="spellStart"/>
      <w:r>
        <w:t>Rodič</w:t>
      </w:r>
      <w:proofErr w:type="spellEnd"/>
      <w:r>
        <w:t xml:space="preserve"> je v </w:t>
      </w:r>
      <w:proofErr w:type="spellStart"/>
      <w:r>
        <w:t>takovém</w:t>
      </w:r>
      <w:proofErr w:type="spellEnd"/>
      <w:r>
        <w:t xml:space="preserve">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bez </w:t>
      </w:r>
      <w:proofErr w:type="spellStart"/>
      <w:r>
        <w:t>zbytečného</w:t>
      </w:r>
      <w:proofErr w:type="spellEnd"/>
      <w:r>
        <w:t xml:space="preserve"> </w:t>
      </w:r>
      <w:proofErr w:type="spellStart"/>
      <w:r>
        <w:t>odkladu</w:t>
      </w:r>
      <w:proofErr w:type="spellEnd"/>
      <w:r>
        <w:t xml:space="preserve"> </w:t>
      </w:r>
      <w:proofErr w:type="spellStart"/>
      <w:r>
        <w:t>vyzvednout</w:t>
      </w:r>
      <w:proofErr w:type="spellEnd"/>
      <w:r>
        <w:t>.</w:t>
      </w:r>
    </w:p>
    <w:p w14:paraId="2ECD8954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je </w:t>
      </w:r>
      <w:proofErr w:type="spellStart"/>
      <w:r>
        <w:t>oprávněna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nepřijmout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vykazuje</w:t>
      </w:r>
      <w:proofErr w:type="spellEnd"/>
      <w:r>
        <w:t xml:space="preserve"> </w:t>
      </w:r>
      <w:proofErr w:type="spellStart"/>
      <w:r>
        <w:t>zjevné</w:t>
      </w:r>
      <w:proofErr w:type="spellEnd"/>
      <w:r>
        <w:t xml:space="preserve"> </w:t>
      </w:r>
      <w:proofErr w:type="spellStart"/>
      <w:r>
        <w:t>příznaky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by </w:t>
      </w:r>
      <w:proofErr w:type="spellStart"/>
      <w:r>
        <w:t>mohl</w:t>
      </w:r>
      <w:proofErr w:type="spellEnd"/>
      <w:r>
        <w:t xml:space="preserve"> </w:t>
      </w:r>
      <w:proofErr w:type="spellStart"/>
      <w:r>
        <w:t>ohrozit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ostatních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osob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>.</w:t>
      </w:r>
    </w:p>
    <w:p w14:paraId="2ECD8955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Nevyzvedne</w:t>
      </w:r>
      <w:proofErr w:type="spellEnd"/>
      <w:r>
        <w:t xml:space="preserve">-li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do </w:t>
      </w:r>
      <w:proofErr w:type="spellStart"/>
      <w:r>
        <w:t>konce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doby</w:t>
      </w:r>
      <w:proofErr w:type="spellEnd"/>
      <w:r>
        <w:t xml:space="preserve">,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poskytovateli</w:t>
      </w:r>
      <w:proofErr w:type="spellEnd"/>
      <w:r>
        <w:t xml:space="preserve"> </w:t>
      </w:r>
      <w:proofErr w:type="spellStart"/>
      <w:r>
        <w:t>prokazatelné</w:t>
      </w:r>
      <w:proofErr w:type="spellEnd"/>
      <w:r>
        <w:t xml:space="preserve"> a </w:t>
      </w:r>
      <w:proofErr w:type="spellStart"/>
      <w:r>
        <w:t>účelně</w:t>
      </w:r>
      <w:proofErr w:type="spellEnd"/>
      <w:r>
        <w:t xml:space="preserve"> </w:t>
      </w:r>
      <w:proofErr w:type="spellStart"/>
      <w:r>
        <w:t>vynaložené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vzniklé</w:t>
      </w:r>
      <w:proofErr w:type="spellEnd"/>
      <w:r>
        <w:t xml:space="preserve"> v </w:t>
      </w:r>
      <w:proofErr w:type="spellStart"/>
      <w:r>
        <w:t>důsledku</w:t>
      </w:r>
      <w:proofErr w:type="spellEnd"/>
      <w:r>
        <w:t xml:space="preserve"> </w:t>
      </w:r>
      <w:proofErr w:type="spellStart"/>
      <w:r>
        <w:t>pozdního</w:t>
      </w:r>
      <w:proofErr w:type="spellEnd"/>
      <w:r>
        <w:t xml:space="preserve"> </w:t>
      </w:r>
      <w:proofErr w:type="spellStart"/>
      <w:r>
        <w:t>vyzvednutí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.</w:t>
      </w:r>
    </w:p>
    <w:p w14:paraId="2ECD8956" w14:textId="77777777" w:rsidR="00AF6169" w:rsidRDefault="00F01C27" w:rsidP="00013316">
      <w:pPr>
        <w:pStyle w:val="Nadpis1"/>
        <w:spacing w:before="60"/>
        <w:jc w:val="both"/>
      </w:pPr>
      <w:r>
        <w:t xml:space="preserve">9.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</w:p>
    <w:p w14:paraId="2ECD8957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prokazatelně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a </w:t>
      </w:r>
      <w:proofErr w:type="spellStart"/>
      <w:r>
        <w:t>provozním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a s </w:t>
      </w:r>
      <w:proofErr w:type="spellStart"/>
      <w:r>
        <w:t>plánem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a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je </w:t>
      </w:r>
      <w:proofErr w:type="spellStart"/>
      <w:r>
        <w:t>dodržovat</w:t>
      </w:r>
      <w:proofErr w:type="spellEnd"/>
      <w:r>
        <w:t>.</w:t>
      </w:r>
    </w:p>
    <w:p w14:paraId="2ECD8958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zpřístupněny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přístupných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elektronicky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určeným</w:t>
      </w:r>
      <w:proofErr w:type="spellEnd"/>
      <w:r>
        <w:t xml:space="preserve"> </w:t>
      </w:r>
      <w:proofErr w:type="spellStart"/>
      <w:r>
        <w:t>poskytovatelem</w:t>
      </w:r>
      <w:proofErr w:type="spellEnd"/>
      <w:r>
        <w:t>.</w:t>
      </w:r>
    </w:p>
    <w:p w14:paraId="2ECD8959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pravidla</w:t>
      </w:r>
      <w:proofErr w:type="spellEnd"/>
      <w:r>
        <w:t xml:space="preserve">,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a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měnit</w:t>
      </w:r>
      <w:proofErr w:type="spellEnd"/>
      <w:r>
        <w:t xml:space="preserve">. O </w:t>
      </w:r>
      <w:proofErr w:type="spellStart"/>
      <w:r>
        <w:t>změně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a </w:t>
      </w:r>
      <w:proofErr w:type="spellStart"/>
      <w:r>
        <w:t>rodič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se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seznámit</w:t>
      </w:r>
      <w:proofErr w:type="spellEnd"/>
      <w:r>
        <w:t>.</w:t>
      </w:r>
    </w:p>
    <w:p w14:paraId="2ECD895A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Při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do 30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2ECD895B" w14:textId="77777777" w:rsidR="00AF6169" w:rsidRDefault="00F01C27" w:rsidP="00013316">
      <w:pPr>
        <w:pStyle w:val="Nadpis1"/>
        <w:spacing w:before="60"/>
        <w:jc w:val="both"/>
      </w:pPr>
      <w:r>
        <w:t xml:space="preserve">10.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</w:p>
    <w:p w14:paraId="2ECD895C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přerušit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omezit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z </w:t>
      </w:r>
      <w:proofErr w:type="spellStart"/>
      <w:r>
        <w:t>provozních</w:t>
      </w:r>
      <w:proofErr w:type="spellEnd"/>
      <w:r>
        <w:t xml:space="preserve">, </w:t>
      </w:r>
      <w:proofErr w:type="spellStart"/>
      <w:r>
        <w:t>organizačních</w:t>
      </w:r>
      <w:proofErr w:type="spellEnd"/>
      <w:r>
        <w:t xml:space="preserve">, </w:t>
      </w:r>
      <w:proofErr w:type="spellStart"/>
      <w:r>
        <w:t>technických</w:t>
      </w:r>
      <w:proofErr w:type="spellEnd"/>
      <w:r>
        <w:t xml:space="preserve">, </w:t>
      </w:r>
      <w:proofErr w:type="spellStart"/>
      <w:r>
        <w:t>hygienických</w:t>
      </w:r>
      <w:proofErr w:type="spellEnd"/>
      <w:r>
        <w:t xml:space="preserve">, </w:t>
      </w:r>
      <w:proofErr w:type="spellStart"/>
      <w:r>
        <w:t>bezpečnostních</w:t>
      </w:r>
      <w:proofErr w:type="spellEnd"/>
      <w:r>
        <w:t xml:space="preserve">, </w:t>
      </w:r>
      <w:proofErr w:type="spellStart"/>
      <w:r>
        <w:t>personálních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jiných</w:t>
      </w:r>
      <w:proofErr w:type="spellEnd"/>
      <w:r>
        <w:t xml:space="preserve"> </w:t>
      </w:r>
      <w:proofErr w:type="spellStart"/>
      <w:r>
        <w:t>závažných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>.</w:t>
      </w:r>
    </w:p>
    <w:p w14:paraId="2ECD895D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Plánované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1 </w:t>
      </w:r>
      <w:proofErr w:type="spellStart"/>
      <w:r>
        <w:t>měsíc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prvním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dodržet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lhůtu</w:t>
      </w:r>
      <w:proofErr w:type="spellEnd"/>
      <w:r>
        <w:t xml:space="preserve">,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poté</w:t>
      </w:r>
      <w:proofErr w:type="spellEnd"/>
      <w:r>
        <w:t xml:space="preserve">, co se o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dozví</w:t>
      </w:r>
      <w:proofErr w:type="spellEnd"/>
      <w:r>
        <w:t>.</w:t>
      </w:r>
    </w:p>
    <w:p w14:paraId="2ECD895E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Oznámení</w:t>
      </w:r>
      <w:proofErr w:type="spellEnd"/>
      <w:r>
        <w:t xml:space="preserve"> o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zveřejní</w:t>
      </w:r>
      <w:proofErr w:type="spellEnd"/>
      <w:r>
        <w:t xml:space="preserve"> </w:t>
      </w:r>
      <w:proofErr w:type="spellStart"/>
      <w:r>
        <w:t>rovněž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přístupné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>.</w:t>
      </w:r>
    </w:p>
    <w:p w14:paraId="2ECD895F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lastRenderedPageBreak/>
        <w:t xml:space="preserve">• </w:t>
      </w:r>
      <w:proofErr w:type="spellStart"/>
      <w:r>
        <w:t>Dopad</w:t>
      </w:r>
      <w:proofErr w:type="spellEnd"/>
      <w:r>
        <w:t xml:space="preserve"> </w:t>
      </w:r>
      <w:proofErr w:type="spellStart"/>
      <w:r>
        <w:t>přerušení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měsíční</w:t>
      </w:r>
      <w:proofErr w:type="spellEnd"/>
      <w:r>
        <w:t xml:space="preserve"> </w:t>
      </w:r>
      <w:proofErr w:type="spellStart"/>
      <w:r>
        <w:t>úhradu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ceníkem</w:t>
      </w:r>
      <w:proofErr w:type="spellEnd"/>
      <w:r>
        <w:t xml:space="preserve">, </w:t>
      </w:r>
      <w:proofErr w:type="spellStart"/>
      <w:r>
        <w:t>vnitřními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rozhodnutím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 xml:space="preserve">;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dotčena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14:paraId="2ECD8960" w14:textId="77777777" w:rsidR="00AF6169" w:rsidRDefault="00F01C27" w:rsidP="00013316">
      <w:pPr>
        <w:pStyle w:val="Nadpis1"/>
        <w:spacing w:before="60"/>
        <w:jc w:val="both"/>
      </w:pPr>
      <w:r>
        <w:t xml:space="preserve">11. Doba </w:t>
      </w:r>
      <w:proofErr w:type="spellStart"/>
      <w:r>
        <w:t>trvání</w:t>
      </w:r>
      <w:proofErr w:type="spellEnd"/>
      <w:r>
        <w:t xml:space="preserve"> a </w:t>
      </w:r>
      <w:proofErr w:type="spellStart"/>
      <w:r>
        <w:t>ukončení</w:t>
      </w:r>
      <w:proofErr w:type="spellEnd"/>
      <w:r>
        <w:t xml:space="preserve"> </w:t>
      </w:r>
      <w:proofErr w:type="spellStart"/>
      <w:r>
        <w:t>smlouvy</w:t>
      </w:r>
      <w:proofErr w:type="spellEnd"/>
    </w:p>
    <w:p w14:paraId="2ECD8961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se </w:t>
      </w:r>
      <w:proofErr w:type="spellStart"/>
      <w:r>
        <w:t>uzavírá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určitou</w:t>
      </w:r>
      <w:proofErr w:type="spellEnd"/>
      <w:r>
        <w:t xml:space="preserve"> do 31. 8. 2027,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ve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výslovně</w:t>
      </w:r>
      <w:proofErr w:type="spellEnd"/>
      <w:r>
        <w:t xml:space="preserve"> </w:t>
      </w:r>
      <w:proofErr w:type="spellStart"/>
      <w:r>
        <w:t>uvedeno</w:t>
      </w:r>
      <w:proofErr w:type="spellEnd"/>
      <w:r>
        <w:t xml:space="preserve"> </w:t>
      </w:r>
      <w:proofErr w:type="spellStart"/>
      <w:r>
        <w:t>kratší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>.</w:t>
      </w:r>
    </w:p>
    <w:p w14:paraId="2ECD8962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ukončena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dohodou</w:t>
      </w:r>
      <w:proofErr w:type="spellEnd"/>
      <w:r>
        <w:t xml:space="preserve"> </w:t>
      </w:r>
      <w:proofErr w:type="spellStart"/>
      <w:r>
        <w:t>smluvních</w:t>
      </w:r>
      <w:proofErr w:type="spellEnd"/>
      <w:r>
        <w:t xml:space="preserve"> </w:t>
      </w:r>
      <w:proofErr w:type="spellStart"/>
      <w:r>
        <w:t>stran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sjednanému</w:t>
      </w:r>
      <w:proofErr w:type="spellEnd"/>
      <w:r>
        <w:t xml:space="preserve"> </w:t>
      </w:r>
      <w:proofErr w:type="spellStart"/>
      <w:r>
        <w:t>dni</w:t>
      </w:r>
      <w:proofErr w:type="spellEnd"/>
      <w:r>
        <w:t>.</w:t>
      </w:r>
    </w:p>
    <w:p w14:paraId="2ECD8963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vypovědět</w:t>
      </w:r>
      <w:proofErr w:type="spellEnd"/>
      <w:r>
        <w:t xml:space="preserve"> </w:t>
      </w:r>
      <w:proofErr w:type="spellStart"/>
      <w:r>
        <w:t>kterákoliv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s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měsíců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počíná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prvním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 xml:space="preserve">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straně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-li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dohodnuto</w:t>
      </w:r>
      <w:proofErr w:type="spellEnd"/>
      <w:r>
        <w:t xml:space="preserve"> </w:t>
      </w:r>
      <w:proofErr w:type="spellStart"/>
      <w:r>
        <w:t>jinak</w:t>
      </w:r>
      <w:proofErr w:type="spellEnd"/>
      <w:r>
        <w:t>.</w:t>
      </w:r>
    </w:p>
    <w:p w14:paraId="2ECD8964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s </w:t>
      </w:r>
      <w:proofErr w:type="spellStart"/>
      <w:r>
        <w:t>okamžitou</w:t>
      </w:r>
      <w:proofErr w:type="spellEnd"/>
      <w:r>
        <w:t xml:space="preserve"> </w:t>
      </w:r>
      <w:proofErr w:type="spellStart"/>
      <w:r>
        <w:t>účinností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oznámení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závažného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,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ohrožení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, </w:t>
      </w:r>
      <w:proofErr w:type="spellStart"/>
      <w:r>
        <w:t>závažném</w:t>
      </w:r>
      <w:proofErr w:type="spellEnd"/>
      <w:r>
        <w:t xml:space="preserve"> </w:t>
      </w:r>
      <w:proofErr w:type="spellStart"/>
      <w:r>
        <w:t>narušení</w:t>
      </w:r>
      <w:proofErr w:type="spellEnd"/>
      <w:r>
        <w:t xml:space="preserve"> </w:t>
      </w:r>
      <w:proofErr w:type="spellStart"/>
      <w:r>
        <w:t>provozu</w:t>
      </w:r>
      <w:proofErr w:type="spellEnd"/>
      <w:r>
        <w:t xml:space="preserve">,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nepravdivých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</w:t>
      </w:r>
      <w:proofErr w:type="spellStart"/>
      <w:r>
        <w:t>rozhodných</w:t>
      </w:r>
      <w:proofErr w:type="spellEnd"/>
      <w:r>
        <w:t xml:space="preserve"> pro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pro </w:t>
      </w:r>
      <w:proofErr w:type="spellStart"/>
      <w:r>
        <w:t>čerpání</w:t>
      </w:r>
      <w:proofErr w:type="spellEnd"/>
      <w:r>
        <w:t xml:space="preserve"> </w:t>
      </w:r>
      <w:proofErr w:type="spellStart"/>
      <w:r>
        <w:t>státního</w:t>
      </w:r>
      <w:proofErr w:type="spellEnd"/>
      <w:r>
        <w:t xml:space="preserve"> </w:t>
      </w:r>
      <w:proofErr w:type="spellStart"/>
      <w:r>
        <w:t>příspěvku</w:t>
      </w:r>
      <w:proofErr w:type="spellEnd"/>
      <w:r>
        <w:t xml:space="preserve">,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neuhrazení</w:t>
      </w:r>
      <w:proofErr w:type="spellEnd"/>
      <w:r>
        <w:t xml:space="preserve"> </w:t>
      </w:r>
      <w:proofErr w:type="spellStart"/>
      <w:r>
        <w:t>plateb</w:t>
      </w:r>
      <w:proofErr w:type="spellEnd"/>
      <w:r>
        <w:t xml:space="preserve">,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pozdním</w:t>
      </w:r>
      <w:proofErr w:type="spellEnd"/>
      <w:r>
        <w:t xml:space="preserve"> </w:t>
      </w:r>
      <w:proofErr w:type="spellStart"/>
      <w:r>
        <w:t>vyzvedávání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porušování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>.</w:t>
      </w:r>
    </w:p>
    <w:p w14:paraId="2ECD8965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méně</w:t>
      </w:r>
      <w:proofErr w:type="spellEnd"/>
      <w:r>
        <w:t xml:space="preserve"> </w:t>
      </w:r>
      <w:proofErr w:type="spellStart"/>
      <w:r>
        <w:t>závažného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nejprve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upozorní</w:t>
      </w:r>
      <w:proofErr w:type="spellEnd"/>
      <w:r>
        <w:t xml:space="preserve"> a </w:t>
      </w:r>
      <w:proofErr w:type="spellStart"/>
      <w:r>
        <w:t>stanoví</w:t>
      </w:r>
      <w:proofErr w:type="spellEnd"/>
      <w:r>
        <w:t xml:space="preserve"> mu </w:t>
      </w:r>
      <w:proofErr w:type="spellStart"/>
      <w:r>
        <w:t>přiměřenou</w:t>
      </w:r>
      <w:proofErr w:type="spellEnd"/>
      <w:r>
        <w:t xml:space="preserve"> </w:t>
      </w:r>
      <w:proofErr w:type="spellStart"/>
      <w:r>
        <w:t>lhůtu</w:t>
      </w:r>
      <w:proofErr w:type="spellEnd"/>
      <w:r>
        <w:t xml:space="preserve"> k </w:t>
      </w:r>
      <w:proofErr w:type="spellStart"/>
      <w:r>
        <w:t>nápravě</w:t>
      </w:r>
      <w:proofErr w:type="spellEnd"/>
      <w:r>
        <w:t xml:space="preserve">; </w:t>
      </w:r>
      <w:proofErr w:type="spellStart"/>
      <w:r>
        <w:t>nedojde</w:t>
      </w:r>
      <w:proofErr w:type="spellEnd"/>
      <w:r>
        <w:t xml:space="preserve">-li k </w:t>
      </w:r>
      <w:proofErr w:type="spellStart"/>
      <w:r>
        <w:t>nápravě</w:t>
      </w:r>
      <w:proofErr w:type="spellEnd"/>
      <w:r>
        <w:t xml:space="preserve">, je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vypovědět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povahy</w:t>
      </w:r>
      <w:proofErr w:type="spellEnd"/>
      <w:r>
        <w:t xml:space="preserve"> </w:t>
      </w:r>
      <w:proofErr w:type="spellStart"/>
      <w:r>
        <w:t>porušení</w:t>
      </w:r>
      <w:proofErr w:type="spellEnd"/>
      <w:r>
        <w:t>.</w:t>
      </w:r>
    </w:p>
    <w:p w14:paraId="2ECD8966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a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vnitřních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do 30 </w:t>
      </w:r>
      <w:proofErr w:type="spellStart"/>
      <w:r>
        <w:t>dnů</w:t>
      </w:r>
      <w:proofErr w:type="spellEnd"/>
      <w:r>
        <w:t xml:space="preserve"> </w:t>
      </w:r>
      <w:proofErr w:type="gramStart"/>
      <w:r>
        <w:t>ode</w:t>
      </w:r>
      <w:proofErr w:type="gramEnd"/>
      <w:r>
        <w:t xml:space="preserve">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se </w:t>
      </w:r>
      <w:proofErr w:type="spellStart"/>
      <w:r>
        <w:t>změnami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>.</w:t>
      </w:r>
    </w:p>
    <w:p w14:paraId="2ECD8967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hodlá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takové</w:t>
      </w:r>
      <w:proofErr w:type="spellEnd"/>
      <w:r>
        <w:t xml:space="preserve">, </w:t>
      </w:r>
      <w:proofErr w:type="spellStart"/>
      <w:r>
        <w:t>seznámí</w:t>
      </w:r>
      <w:proofErr w:type="spellEnd"/>
      <w:r>
        <w:t xml:space="preserve"> s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nejméně</w:t>
      </w:r>
      <w:proofErr w:type="spellEnd"/>
      <w:r>
        <w:t xml:space="preserve"> 3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vyvěšením</w:t>
      </w:r>
      <w:proofErr w:type="spellEnd"/>
      <w:r>
        <w:t xml:space="preserve"> </w:t>
      </w:r>
      <w:proofErr w:type="spellStart"/>
      <w:r>
        <w:t>oznámení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skupiny</w:t>
      </w:r>
      <w:proofErr w:type="spellEnd"/>
      <w:r>
        <w:t xml:space="preserve"> </w:t>
      </w:r>
      <w:proofErr w:type="spellStart"/>
      <w:r>
        <w:t>přístupných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, </w:t>
      </w:r>
      <w:proofErr w:type="spellStart"/>
      <w:r>
        <w:t>popřípadě</w:t>
      </w:r>
      <w:proofErr w:type="spellEnd"/>
      <w:r>
        <w:t xml:space="preserve">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dálkovým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>.</w:t>
      </w:r>
    </w:p>
    <w:p w14:paraId="2ECD8968" w14:textId="77777777" w:rsidR="00AF6169" w:rsidRDefault="00F01C27" w:rsidP="00013316">
      <w:pPr>
        <w:pStyle w:val="Nadpis1"/>
        <w:spacing w:before="60"/>
        <w:jc w:val="both"/>
      </w:pPr>
      <w:r>
        <w:t xml:space="preserve">12. </w:t>
      </w:r>
      <w:proofErr w:type="spellStart"/>
      <w:r>
        <w:t>Ochrana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</w:p>
    <w:p w14:paraId="2ECD8969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zpracovává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, </w:t>
      </w:r>
      <w:proofErr w:type="spellStart"/>
      <w:r>
        <w:t>rodičů</w:t>
      </w:r>
      <w:proofErr w:type="spellEnd"/>
      <w:r>
        <w:t xml:space="preserve"> a </w:t>
      </w:r>
      <w:proofErr w:type="spellStart"/>
      <w:r>
        <w:t>pověřených</w:t>
      </w:r>
      <w:proofErr w:type="spellEnd"/>
      <w:r>
        <w:t xml:space="preserve"> </w:t>
      </w:r>
      <w:proofErr w:type="spellStart"/>
      <w:r>
        <w:t>osob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nezbytném</w:t>
      </w:r>
      <w:proofErr w:type="spellEnd"/>
      <w:r>
        <w:t xml:space="preserve"> pro </w:t>
      </w:r>
      <w:proofErr w:type="spellStart"/>
      <w:r>
        <w:t>uzavření</w:t>
      </w:r>
      <w:proofErr w:type="spellEnd"/>
      <w:r>
        <w:t xml:space="preserve"> a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, </w:t>
      </w:r>
      <w:proofErr w:type="spellStart"/>
      <w:r>
        <w:t>vedení</w:t>
      </w:r>
      <w:proofErr w:type="spellEnd"/>
      <w:r>
        <w:t xml:space="preserve"> evidence </w:t>
      </w:r>
      <w:proofErr w:type="spellStart"/>
      <w:r>
        <w:t>dětí</w:t>
      </w:r>
      <w:proofErr w:type="spellEnd"/>
      <w:r>
        <w:t xml:space="preserve">,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oprávněné</w:t>
      </w:r>
      <w:proofErr w:type="spellEnd"/>
      <w:r>
        <w:t xml:space="preserve"> </w:t>
      </w:r>
      <w:proofErr w:type="spellStart"/>
      <w:r>
        <w:t>zájmy</w:t>
      </w:r>
      <w:proofErr w:type="spellEnd"/>
      <w:r>
        <w:t xml:space="preserve"> </w:t>
      </w:r>
      <w:proofErr w:type="spellStart"/>
      <w:r>
        <w:t>poskytovatele</w:t>
      </w:r>
      <w:proofErr w:type="spellEnd"/>
      <w:r>
        <w:t>.</w:t>
      </w:r>
    </w:p>
    <w:p w14:paraId="2ECD896A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samostatný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předaný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zpřístupněný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. </w:t>
      </w:r>
      <w:proofErr w:type="spellStart"/>
      <w:r>
        <w:t>Souhlas</w:t>
      </w:r>
      <w:proofErr w:type="spellEnd"/>
      <w:r>
        <w:t xml:space="preserve"> se </w:t>
      </w:r>
      <w:proofErr w:type="spellStart"/>
      <w:r>
        <w:t>zpracováním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se </w:t>
      </w:r>
      <w:proofErr w:type="spellStart"/>
      <w:r>
        <w:t>vyžaduje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, u </w:t>
      </w:r>
      <w:proofErr w:type="spellStart"/>
      <w:r>
        <w:t>nichž</w:t>
      </w:r>
      <w:proofErr w:type="spellEnd"/>
      <w:r>
        <w:t xml:space="preserve">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opřít</w:t>
      </w:r>
      <w:proofErr w:type="spellEnd"/>
      <w:r>
        <w:t xml:space="preserve"> o </w:t>
      </w:r>
      <w:proofErr w:type="spellStart"/>
      <w:r>
        <w:t>jiný</w:t>
      </w:r>
      <w:proofErr w:type="spellEnd"/>
      <w:r>
        <w:t xml:space="preserve"> </w:t>
      </w:r>
      <w:proofErr w:type="spellStart"/>
      <w:r>
        <w:t>právní</w:t>
      </w:r>
      <w:proofErr w:type="spellEnd"/>
      <w:r>
        <w:t xml:space="preserve"> </w:t>
      </w:r>
      <w:proofErr w:type="spellStart"/>
      <w:r>
        <w:t>titul</w:t>
      </w:r>
      <w:proofErr w:type="spellEnd"/>
      <w:r>
        <w:t xml:space="preserve">, </w:t>
      </w:r>
      <w:proofErr w:type="spellStart"/>
      <w:r>
        <w:t>například</w:t>
      </w:r>
      <w:proofErr w:type="spellEnd"/>
      <w:r>
        <w:t xml:space="preserve"> pro </w:t>
      </w:r>
      <w:proofErr w:type="spellStart"/>
      <w:r>
        <w:t>vybrané</w:t>
      </w:r>
      <w:proofErr w:type="spellEnd"/>
      <w:r>
        <w:t xml:space="preserve"> </w:t>
      </w:r>
      <w:proofErr w:type="spellStart"/>
      <w:r>
        <w:t>propagační</w:t>
      </w:r>
      <w:proofErr w:type="spellEnd"/>
      <w:r>
        <w:t xml:space="preserve"> </w:t>
      </w:r>
      <w:proofErr w:type="spellStart"/>
      <w:r>
        <w:t>použití</w:t>
      </w:r>
      <w:proofErr w:type="spellEnd"/>
      <w:r>
        <w:t xml:space="preserve"> </w:t>
      </w:r>
      <w:proofErr w:type="spellStart"/>
      <w:r>
        <w:t>fotografií</w:t>
      </w:r>
      <w:proofErr w:type="spellEnd"/>
      <w:r>
        <w:t>.</w:t>
      </w:r>
    </w:p>
    <w:p w14:paraId="2ECD896B" w14:textId="77777777" w:rsidR="00AF6169" w:rsidRDefault="00F01C27" w:rsidP="00013316">
      <w:pPr>
        <w:pStyle w:val="Nadpis1"/>
        <w:spacing w:before="60"/>
        <w:jc w:val="both"/>
      </w:pPr>
      <w:r>
        <w:t xml:space="preserve">13. </w:t>
      </w:r>
      <w:proofErr w:type="spellStart"/>
      <w:r>
        <w:t>Závěrečná</w:t>
      </w:r>
      <w:proofErr w:type="spellEnd"/>
      <w:r>
        <w:t xml:space="preserve"> </w:t>
      </w:r>
      <w:proofErr w:type="spellStart"/>
      <w:r>
        <w:t>ustanovení</w:t>
      </w:r>
      <w:proofErr w:type="spellEnd"/>
    </w:p>
    <w:p w14:paraId="2ECD896C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Poskytovatel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uzavřeno</w:t>
      </w:r>
      <w:proofErr w:type="spellEnd"/>
      <w:r>
        <w:t xml:space="preserve"> </w:t>
      </w:r>
      <w:proofErr w:type="spellStart"/>
      <w:r>
        <w:t>pojištění</w:t>
      </w:r>
      <w:proofErr w:type="spellEnd"/>
      <w:r>
        <w:t xml:space="preserve"> </w:t>
      </w:r>
      <w:proofErr w:type="spellStart"/>
      <w:r>
        <w:t>odpovědnosti</w:t>
      </w:r>
      <w:proofErr w:type="spellEnd"/>
      <w:r>
        <w:t xml:space="preserve"> za </w:t>
      </w:r>
      <w:proofErr w:type="spellStart"/>
      <w:r>
        <w:t>újmu</w:t>
      </w:r>
      <w:proofErr w:type="spellEnd"/>
      <w:r>
        <w:t xml:space="preserve"> </w:t>
      </w:r>
      <w:proofErr w:type="spellStart"/>
      <w:r>
        <w:t>způsobenou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>.</w:t>
      </w:r>
    </w:p>
    <w:p w14:paraId="2ECD896D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Změny</w:t>
      </w:r>
      <w:proofErr w:type="spellEnd"/>
      <w:r>
        <w:t xml:space="preserve"> a </w:t>
      </w:r>
      <w:proofErr w:type="spellStart"/>
      <w:r>
        <w:t>doplňky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činit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písemnými</w:t>
      </w:r>
      <w:proofErr w:type="spellEnd"/>
      <w:r>
        <w:t xml:space="preserve">,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 </w:t>
      </w:r>
      <w:proofErr w:type="spellStart"/>
      <w:r>
        <w:t>podepsanými</w:t>
      </w:r>
      <w:proofErr w:type="spellEnd"/>
      <w:r>
        <w:t xml:space="preserve">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-li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právním</w:t>
      </w:r>
      <w:proofErr w:type="spellEnd"/>
      <w:r>
        <w:t xml:space="preserve"> </w:t>
      </w:r>
      <w:proofErr w:type="spellStart"/>
      <w:r>
        <w:t>předpisu</w:t>
      </w:r>
      <w:proofErr w:type="spellEnd"/>
      <w:r>
        <w:t xml:space="preserve">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>.</w:t>
      </w:r>
    </w:p>
    <w:p w14:paraId="2ECD896E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rPr>
          <w:b/>
        </w:rPr>
        <w:t>Nedílnou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součástí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této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smlouvy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1 – </w:t>
      </w:r>
      <w:proofErr w:type="spellStart"/>
      <w:r>
        <w:rPr>
          <w:b/>
        </w:rPr>
        <w:t>Ceník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úhrady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poskytování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služby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péče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dítě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2 – </w:t>
      </w:r>
      <w:proofErr w:type="spellStart"/>
      <w:r>
        <w:rPr>
          <w:b/>
        </w:rPr>
        <w:t>Vnitřní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pravidla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provozní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řád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dětské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skupiny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3 – </w:t>
      </w:r>
      <w:proofErr w:type="spellStart"/>
      <w:r>
        <w:rPr>
          <w:b/>
        </w:rPr>
        <w:t>Plán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výchovy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péče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4 – </w:t>
      </w:r>
      <w:proofErr w:type="spellStart"/>
      <w:r>
        <w:rPr>
          <w:b/>
        </w:rPr>
        <w:t>Informace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zpracování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Příloha</w:t>
      </w:r>
      <w:proofErr w:type="spellEnd"/>
      <w:r>
        <w:rPr>
          <w:b/>
        </w:rPr>
        <w:t xml:space="preserve"> č. 5 – </w:t>
      </w:r>
      <w:proofErr w:type="spellStart"/>
      <w:r>
        <w:rPr>
          <w:b/>
        </w:rPr>
        <w:t>Seznam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oprávněných</w:t>
      </w:r>
      <w:proofErr w:type="spellEnd"/>
      <w:r>
        <w:rPr>
          <w:b/>
        </w:rPr>
        <w:t xml:space="preserve"> k </w:t>
      </w:r>
      <w:proofErr w:type="spellStart"/>
      <w:r>
        <w:rPr>
          <w:b/>
        </w:rPr>
        <w:t>vyzvedávání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případně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další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vyžadované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právními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předpisy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vnitřními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pravidly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poskytovatele</w:t>
      </w:r>
      <w:proofErr w:type="spellEnd"/>
      <w:r>
        <w:rPr>
          <w:b/>
        </w:rPr>
        <w:t>.</w:t>
      </w:r>
    </w:p>
    <w:p w14:paraId="2ECD896F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proofErr w:type="spellStart"/>
      <w:r>
        <w:t>Smlouva</w:t>
      </w:r>
      <w:proofErr w:type="spellEnd"/>
      <w:r>
        <w:t xml:space="preserve">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příloh</w:t>
      </w:r>
      <w:proofErr w:type="spellEnd"/>
      <w:r>
        <w:t xml:space="preserve"> je </w:t>
      </w:r>
      <w:proofErr w:type="spellStart"/>
      <w:r>
        <w:t>součástí</w:t>
      </w:r>
      <w:proofErr w:type="spellEnd"/>
      <w:r>
        <w:t xml:space="preserve"> evidence </w:t>
      </w:r>
      <w:proofErr w:type="spellStart"/>
      <w:r>
        <w:t>dětí</w:t>
      </w:r>
      <w:proofErr w:type="spellEnd"/>
      <w:r>
        <w:t xml:space="preserve"> v </w:t>
      </w:r>
      <w:proofErr w:type="spellStart"/>
      <w:r>
        <w:t>dětské</w:t>
      </w:r>
      <w:proofErr w:type="spellEnd"/>
      <w:r>
        <w:t xml:space="preserve"> </w:t>
      </w:r>
      <w:proofErr w:type="spellStart"/>
      <w:r>
        <w:t>skupině</w:t>
      </w:r>
      <w:proofErr w:type="spellEnd"/>
      <w:r>
        <w:t xml:space="preserve"> a </w:t>
      </w:r>
      <w:proofErr w:type="spellStart"/>
      <w:r>
        <w:t>poskytovatel</w:t>
      </w:r>
      <w:proofErr w:type="spellEnd"/>
      <w:r>
        <w:t xml:space="preserve"> ji </w:t>
      </w:r>
      <w:proofErr w:type="spellStart"/>
      <w:r>
        <w:t>uchovává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10 let od </w:t>
      </w:r>
      <w:proofErr w:type="spellStart"/>
      <w:r>
        <w:t>ukončení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o toto </w:t>
      </w:r>
      <w:proofErr w:type="spellStart"/>
      <w:r>
        <w:t>dítě</w:t>
      </w:r>
      <w:proofErr w:type="spellEnd"/>
      <w:r>
        <w:t xml:space="preserve">; s </w:t>
      </w:r>
      <w:proofErr w:type="spellStart"/>
      <w:r>
        <w:t>dokumenty</w:t>
      </w:r>
      <w:proofErr w:type="spellEnd"/>
      <w:r>
        <w:t xml:space="preserve"> je </w:t>
      </w:r>
      <w:proofErr w:type="spellStart"/>
      <w:r>
        <w:t>nakládáno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>.</w:t>
      </w:r>
    </w:p>
    <w:p w14:paraId="2ECD8970" w14:textId="77777777" w:rsidR="00AF6169" w:rsidRDefault="00F01C27" w:rsidP="00013316">
      <w:pPr>
        <w:spacing w:before="60"/>
        <w:ind w:left="312" w:hanging="198"/>
        <w:jc w:val="both"/>
      </w:pPr>
      <w:r>
        <w:rPr>
          <w:b/>
        </w:rPr>
        <w:t xml:space="preserve">• </w:t>
      </w:r>
      <w:r>
        <w:t xml:space="preserve">Tato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vyhotovena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stejnopisech</w:t>
      </w:r>
      <w:proofErr w:type="spellEnd"/>
      <w:r>
        <w:t xml:space="preserve">, z </w:t>
      </w:r>
      <w:proofErr w:type="spellStart"/>
      <w:r>
        <w:t>nichž</w:t>
      </w:r>
      <w:proofErr w:type="spellEnd"/>
      <w:r>
        <w:t xml:space="preserve"> </w:t>
      </w:r>
      <w:proofErr w:type="spellStart"/>
      <w:r>
        <w:t>každá</w:t>
      </w:r>
      <w:proofErr w:type="spellEnd"/>
      <w:r>
        <w:t xml:space="preserve">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vyhotovení</w:t>
      </w:r>
      <w:proofErr w:type="spellEnd"/>
      <w:r>
        <w:t>.</w:t>
      </w:r>
    </w:p>
    <w:p w14:paraId="2ECD8971" w14:textId="77777777" w:rsidR="00AF6169" w:rsidRDefault="00F01C27" w:rsidP="00013316">
      <w:pPr>
        <w:spacing w:before="60"/>
        <w:ind w:left="312" w:hanging="198"/>
      </w:pPr>
      <w:r>
        <w:rPr>
          <w:b/>
        </w:rPr>
        <w:t xml:space="preserve">• </w:t>
      </w:r>
      <w:proofErr w:type="spellStart"/>
      <w:r>
        <w:t>Smluvní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prohlašují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smlouvu</w:t>
      </w:r>
      <w:proofErr w:type="spellEnd"/>
      <w:r>
        <w:t xml:space="preserve"> </w:t>
      </w:r>
      <w:proofErr w:type="spellStart"/>
      <w:r>
        <w:t>přečetly</w:t>
      </w:r>
      <w:proofErr w:type="spellEnd"/>
      <w:r>
        <w:t xml:space="preserve">, </w:t>
      </w:r>
      <w:proofErr w:type="spellStart"/>
      <w:r>
        <w:t>jejímu</w:t>
      </w:r>
      <w:proofErr w:type="spellEnd"/>
      <w:r>
        <w:t xml:space="preserve"> </w:t>
      </w:r>
      <w:proofErr w:type="spellStart"/>
      <w:r>
        <w:t>obsahu</w:t>
      </w:r>
      <w:proofErr w:type="spellEnd"/>
      <w:r>
        <w:t xml:space="preserve"> </w:t>
      </w:r>
      <w:proofErr w:type="spellStart"/>
      <w:r>
        <w:t>porozuměly</w:t>
      </w:r>
      <w:proofErr w:type="spellEnd"/>
      <w:r>
        <w:t xml:space="preserve">, </w:t>
      </w:r>
      <w:proofErr w:type="spellStart"/>
      <w:r>
        <w:t>souhlasí</w:t>
      </w:r>
      <w:proofErr w:type="spellEnd"/>
      <w:r>
        <w:t xml:space="preserve"> s </w:t>
      </w:r>
      <w:proofErr w:type="spellStart"/>
      <w:r>
        <w:t>ní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důkaz</w:t>
      </w:r>
      <w:proofErr w:type="spellEnd"/>
      <w:r>
        <w:t xml:space="preserve"> toho </w:t>
      </w:r>
      <w:proofErr w:type="spellStart"/>
      <w:r>
        <w:t>připojují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podpisy</w:t>
      </w:r>
      <w:proofErr w:type="spellEnd"/>
      <w:r>
        <w:t>.</w:t>
      </w:r>
    </w:p>
    <w:p w14:paraId="2ECD8972" w14:textId="77777777" w:rsidR="00AF6169" w:rsidRDefault="00AF616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2"/>
        <w:gridCol w:w="4982"/>
      </w:tblGrid>
      <w:tr w:rsidR="00AF6169" w14:paraId="2ECD8975" w14:textId="77777777" w:rsidTr="00013316">
        <w:trPr>
          <w:trHeight w:val="453"/>
          <w:jc w:val="center"/>
        </w:trPr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2ECD8973" w14:textId="77777777" w:rsidR="00AF6169" w:rsidRDefault="00F01C27">
            <w:pPr>
              <w:jc w:val="center"/>
            </w:pPr>
            <w:bookmarkStart w:id="0" w:name="_Hlk235087661"/>
            <w:r>
              <w:rPr>
                <w:sz w:val="17"/>
              </w:rPr>
              <w:t xml:space="preserve">V </w:t>
            </w:r>
            <w:proofErr w:type="spellStart"/>
            <w:r>
              <w:rPr>
                <w:sz w:val="17"/>
              </w:rPr>
              <w:t>Boršicích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dne</w:t>
            </w:r>
            <w:proofErr w:type="spellEnd"/>
            <w:r>
              <w:rPr>
                <w:sz w:val="17"/>
              </w:rPr>
              <w:t>: ___________________</w:t>
            </w:r>
          </w:p>
        </w:tc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2ECD8974" w14:textId="77777777" w:rsidR="00AF6169" w:rsidRDefault="00F01C27">
            <w:pPr>
              <w:jc w:val="center"/>
            </w:pPr>
            <w:r>
              <w:rPr>
                <w:sz w:val="17"/>
              </w:rPr>
              <w:t xml:space="preserve">V </w:t>
            </w:r>
            <w:proofErr w:type="spellStart"/>
            <w:r>
              <w:rPr>
                <w:sz w:val="17"/>
              </w:rPr>
              <w:t>Boršicích</w:t>
            </w:r>
            <w:proofErr w:type="spellEnd"/>
            <w:r>
              <w:rPr>
                <w:sz w:val="17"/>
              </w:rPr>
              <w:t xml:space="preserve"> dne: ___________________</w:t>
            </w:r>
          </w:p>
        </w:tc>
      </w:tr>
      <w:tr w:rsidR="00AF6169" w14:paraId="2ECD8978" w14:textId="77777777" w:rsidTr="00013316">
        <w:trPr>
          <w:trHeight w:val="1146"/>
          <w:jc w:val="center"/>
        </w:trPr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bottom"/>
          </w:tcPr>
          <w:p w14:paraId="2ECD8976" w14:textId="77777777" w:rsidR="00AF6169" w:rsidRDefault="00F01C27" w:rsidP="00013316">
            <w:pPr>
              <w:jc w:val="center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.....................................................</w:t>
            </w:r>
          </w:p>
        </w:tc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bottom"/>
          </w:tcPr>
          <w:p w14:paraId="2ECD8977" w14:textId="77777777" w:rsidR="00AF6169" w:rsidRDefault="00F01C27" w:rsidP="00013316">
            <w:pPr>
              <w:jc w:val="center"/>
            </w:pPr>
            <w:r>
              <w:rPr>
                <w:sz w:val="17"/>
              </w:rPr>
              <w:br/>
            </w:r>
            <w:r>
              <w:rPr>
                <w:sz w:val="17"/>
              </w:rPr>
              <w:br/>
              <w:t>.....................................................</w:t>
            </w:r>
          </w:p>
        </w:tc>
      </w:tr>
      <w:tr w:rsidR="00AF6169" w14:paraId="2ECD897B" w14:textId="77777777" w:rsidTr="00013316">
        <w:trPr>
          <w:trHeight w:val="1146"/>
          <w:jc w:val="center"/>
        </w:trPr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</w:tcPr>
          <w:p w14:paraId="2ECD8979" w14:textId="77777777" w:rsidR="00AF6169" w:rsidRDefault="00F01C27" w:rsidP="00013316">
            <w:pPr>
              <w:jc w:val="center"/>
            </w:pPr>
            <w:r>
              <w:rPr>
                <w:sz w:val="17"/>
              </w:rPr>
              <w:t>Mgr. Tomáš Kordula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ředitel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školy</w:t>
            </w:r>
            <w:proofErr w:type="spellEnd"/>
            <w:r>
              <w:rPr>
                <w:sz w:val="17"/>
              </w:rPr>
              <w:br/>
              <w:t xml:space="preserve">za </w:t>
            </w:r>
            <w:proofErr w:type="spellStart"/>
            <w:r>
              <w:rPr>
                <w:sz w:val="17"/>
              </w:rPr>
              <w:t>poskytovatele</w:t>
            </w:r>
            <w:proofErr w:type="spellEnd"/>
          </w:p>
        </w:tc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</w:tcPr>
          <w:p w14:paraId="2ECD897A" w14:textId="77777777" w:rsidR="00AF6169" w:rsidRDefault="00F01C27" w:rsidP="00013316">
            <w:pPr>
              <w:jc w:val="center"/>
            </w:pPr>
            <w:proofErr w:type="spellStart"/>
            <w:r>
              <w:rPr>
                <w:sz w:val="17"/>
              </w:rPr>
              <w:t>rodič</w:t>
            </w:r>
            <w:proofErr w:type="spellEnd"/>
            <w:r>
              <w:rPr>
                <w:sz w:val="17"/>
              </w:rPr>
              <w:t xml:space="preserve"> / zákonný zástupce</w:t>
            </w:r>
          </w:p>
        </w:tc>
      </w:tr>
      <w:tr w:rsidR="00AF6169" w14:paraId="2ECD897E" w14:textId="77777777" w:rsidTr="00013316">
        <w:trPr>
          <w:trHeight w:val="799"/>
          <w:jc w:val="center"/>
        </w:trPr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2ECD897C" w14:textId="77777777" w:rsidR="00AF6169" w:rsidRDefault="00AF6169">
            <w:pPr>
              <w:jc w:val="center"/>
            </w:pPr>
          </w:p>
        </w:tc>
        <w:tc>
          <w:tcPr>
            <w:tcW w:w="4982" w:type="dxa"/>
            <w:tcMar>
              <w:top w:w="25" w:type="dxa"/>
              <w:left w:w="85" w:type="dxa"/>
              <w:bottom w:w="20" w:type="dxa"/>
              <w:right w:w="85" w:type="dxa"/>
            </w:tcMar>
            <w:vAlign w:val="center"/>
          </w:tcPr>
          <w:p w14:paraId="2ECD897D" w14:textId="77777777" w:rsidR="00AF6169" w:rsidRDefault="00F01C27">
            <w:pPr>
              <w:jc w:val="center"/>
            </w:pPr>
            <w:r>
              <w:rPr>
                <w:sz w:val="17"/>
              </w:rPr>
              <w:t>.....................................................</w:t>
            </w:r>
            <w:r>
              <w:rPr>
                <w:sz w:val="17"/>
              </w:rPr>
              <w:br/>
            </w:r>
            <w:proofErr w:type="spellStart"/>
            <w:r>
              <w:rPr>
                <w:sz w:val="17"/>
              </w:rPr>
              <w:t>druhý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zákonný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zástupce</w:t>
            </w:r>
            <w:proofErr w:type="spellEnd"/>
            <w:r>
              <w:rPr>
                <w:sz w:val="17"/>
              </w:rPr>
              <w:t xml:space="preserve">, je-li </w:t>
            </w:r>
            <w:proofErr w:type="spellStart"/>
            <w:r>
              <w:rPr>
                <w:sz w:val="17"/>
              </w:rPr>
              <w:t>požadováno</w:t>
            </w:r>
            <w:proofErr w:type="spellEnd"/>
          </w:p>
        </w:tc>
      </w:tr>
      <w:bookmarkEnd w:id="0"/>
    </w:tbl>
    <w:p w14:paraId="2ECD8981" w14:textId="77777777" w:rsidR="00AF6169" w:rsidRDefault="00AF6169"/>
    <w:sectPr w:rsidR="00AF6169" w:rsidSect="00034616">
      <w:headerReference w:type="default" r:id="rId8"/>
      <w:pgSz w:w="12240" w:h="15840"/>
      <w:pgMar w:top="879" w:right="1077" w:bottom="822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311F" w14:textId="77777777" w:rsidR="00E051B2" w:rsidRDefault="00E051B2">
      <w:pPr>
        <w:spacing w:after="0"/>
      </w:pPr>
      <w:r>
        <w:separator/>
      </w:r>
    </w:p>
  </w:endnote>
  <w:endnote w:type="continuationSeparator" w:id="0">
    <w:p w14:paraId="4617E72E" w14:textId="77777777" w:rsidR="00E051B2" w:rsidRDefault="00E051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5FF6E" w14:textId="77777777" w:rsidR="00E051B2" w:rsidRDefault="00E051B2">
      <w:pPr>
        <w:spacing w:after="0"/>
      </w:pPr>
      <w:r>
        <w:separator/>
      </w:r>
    </w:p>
  </w:footnote>
  <w:footnote w:type="continuationSeparator" w:id="0">
    <w:p w14:paraId="1ACD2E28" w14:textId="77777777" w:rsidR="00E051B2" w:rsidRDefault="00E051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8986" w14:textId="11F1D8E9" w:rsidR="00B83127" w:rsidRDefault="00B83127" w:rsidP="003E558E">
    <w:pPr>
      <w:pStyle w:val="Zhlav"/>
      <w:jc w:val="center"/>
    </w:pPr>
    <w:proofErr w:type="spellStart"/>
    <w:r>
      <w:rPr>
        <w:rFonts w:eastAsia="Arial"/>
        <w:color w:val="666666"/>
        <w:sz w:val="16"/>
      </w:rPr>
      <w:t>Základní</w:t>
    </w:r>
    <w:proofErr w:type="spellEnd"/>
    <w:r w:rsidR="003E558E">
      <w:rPr>
        <w:rFonts w:eastAsia="Arial"/>
        <w:color w:val="666666"/>
        <w:sz w:val="16"/>
      </w:rPr>
      <w:t xml:space="preserve"> </w:t>
    </w:r>
    <w:proofErr w:type="spellStart"/>
    <w:r>
      <w:rPr>
        <w:rFonts w:eastAsia="Arial"/>
        <w:color w:val="666666"/>
        <w:sz w:val="16"/>
      </w:rPr>
      <w:t>škola</w:t>
    </w:r>
    <w:proofErr w:type="spellEnd"/>
    <w:r>
      <w:rPr>
        <w:rFonts w:eastAsia="Arial"/>
        <w:color w:val="666666"/>
        <w:sz w:val="16"/>
      </w:rPr>
      <w:t xml:space="preserve"> Františka Horenského, </w:t>
    </w:r>
    <w:proofErr w:type="spellStart"/>
    <w:r>
      <w:rPr>
        <w:rFonts w:eastAsia="Arial"/>
        <w:color w:val="666666"/>
        <w:sz w:val="16"/>
      </w:rPr>
      <w:t>Boršice</w:t>
    </w:r>
    <w:proofErr w:type="spellEnd"/>
    <w:r>
      <w:rPr>
        <w:rFonts w:eastAsia="Arial"/>
        <w:color w:val="666666"/>
        <w:sz w:val="16"/>
      </w:rPr>
      <w:t xml:space="preserve">, </w:t>
    </w:r>
    <w:proofErr w:type="spellStart"/>
    <w:r>
      <w:rPr>
        <w:rFonts w:eastAsia="Arial"/>
        <w:color w:val="666666"/>
        <w:sz w:val="16"/>
      </w:rPr>
      <w:t>příspěvková</w:t>
    </w:r>
    <w:proofErr w:type="spellEnd"/>
    <w:r w:rsidR="003E558E">
      <w:rPr>
        <w:rFonts w:eastAsia="Arial"/>
        <w:color w:val="666666"/>
        <w:sz w:val="16"/>
      </w:rPr>
      <w:t xml:space="preserve"> </w:t>
    </w:r>
    <w:proofErr w:type="spellStart"/>
    <w:r>
      <w:rPr>
        <w:rFonts w:eastAsia="Arial"/>
        <w:color w:val="666666"/>
        <w:sz w:val="16"/>
      </w:rPr>
      <w:t>organizace</w:t>
    </w:r>
    <w:proofErr w:type="spellEnd"/>
  </w:p>
  <w:p w14:paraId="2ECD8987" w14:textId="77777777" w:rsidR="00B83127" w:rsidRDefault="00B831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026247">
    <w:abstractNumId w:val="8"/>
  </w:num>
  <w:num w:numId="2" w16cid:durableId="1793749578">
    <w:abstractNumId w:val="6"/>
  </w:num>
  <w:num w:numId="3" w16cid:durableId="1296791699">
    <w:abstractNumId w:val="5"/>
  </w:num>
  <w:num w:numId="4" w16cid:durableId="1383478997">
    <w:abstractNumId w:val="4"/>
  </w:num>
  <w:num w:numId="5" w16cid:durableId="545339986">
    <w:abstractNumId w:val="7"/>
  </w:num>
  <w:num w:numId="6" w16cid:durableId="1115637650">
    <w:abstractNumId w:val="3"/>
  </w:num>
  <w:num w:numId="7" w16cid:durableId="653683748">
    <w:abstractNumId w:val="2"/>
  </w:num>
  <w:num w:numId="8" w16cid:durableId="885263549">
    <w:abstractNumId w:val="1"/>
  </w:num>
  <w:num w:numId="9" w16cid:durableId="125470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13316"/>
    <w:rsid w:val="00034616"/>
    <w:rsid w:val="0006063C"/>
    <w:rsid w:val="000A683D"/>
    <w:rsid w:val="00134D9E"/>
    <w:rsid w:val="0015074B"/>
    <w:rsid w:val="001529E6"/>
    <w:rsid w:val="001D4C83"/>
    <w:rsid w:val="0028375B"/>
    <w:rsid w:val="0029639D"/>
    <w:rsid w:val="00326F90"/>
    <w:rsid w:val="003956C1"/>
    <w:rsid w:val="003E558E"/>
    <w:rsid w:val="004C6CB0"/>
    <w:rsid w:val="005C7623"/>
    <w:rsid w:val="006A4111"/>
    <w:rsid w:val="00927640"/>
    <w:rsid w:val="00AA1D8D"/>
    <w:rsid w:val="00AF6169"/>
    <w:rsid w:val="00B47730"/>
    <w:rsid w:val="00B83127"/>
    <w:rsid w:val="00CB0664"/>
    <w:rsid w:val="00D16163"/>
    <w:rsid w:val="00DA4AA7"/>
    <w:rsid w:val="00E051B2"/>
    <w:rsid w:val="00F01C2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D88CF"/>
  <w15:docId w15:val="{1B5EB3E2-0605-4401-9E6A-4677A7EA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2058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Stávková</cp:lastModifiedBy>
  <cp:revision>9</cp:revision>
  <dcterms:created xsi:type="dcterms:W3CDTF">2013-12-23T23:15:00Z</dcterms:created>
  <dcterms:modified xsi:type="dcterms:W3CDTF">2026-08-18T09:21:00Z</dcterms:modified>
  <cp:category/>
</cp:coreProperties>
</file>