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05EE9" w14:textId="77777777" w:rsidR="004B3BCB" w:rsidRPr="00CE68BF" w:rsidRDefault="0000436C" w:rsidP="00CE68BF">
      <w:pPr>
        <w:pStyle w:val="Nzev"/>
        <w:jc w:val="center"/>
        <w:rPr>
          <w:rFonts w:ascii="Arial" w:hAnsi="Arial" w:cs="Arial"/>
          <w:sz w:val="32"/>
          <w:szCs w:val="32"/>
        </w:rPr>
      </w:pPr>
      <w:r w:rsidRPr="00CE68BF">
        <w:rPr>
          <w:rFonts w:ascii="Arial" w:hAnsi="Arial" w:cs="Arial"/>
          <w:sz w:val="32"/>
          <w:szCs w:val="32"/>
        </w:rPr>
        <w:t>SMLOUVA O POSKYTOVÁNÍ SLUŽBY PÉČE O DÍTĚ V DĚTSKÉ SKUPINĚ</w:t>
      </w:r>
    </w:p>
    <w:p w14:paraId="1BB05EEA" w14:textId="77777777" w:rsidR="004B3BCB" w:rsidRDefault="0000436C">
      <w:pPr>
        <w:spacing w:after="140"/>
        <w:jc w:val="center"/>
      </w:pPr>
      <w:proofErr w:type="spellStart"/>
      <w:r>
        <w:rPr>
          <w:b/>
          <w:i/>
          <w:color w:val="464646"/>
          <w:sz w:val="21"/>
        </w:rPr>
        <w:t>Dětská</w:t>
      </w:r>
      <w:proofErr w:type="spellEnd"/>
      <w:r>
        <w:rPr>
          <w:b/>
          <w:i/>
          <w:color w:val="464646"/>
          <w:sz w:val="21"/>
        </w:rPr>
        <w:t xml:space="preserve"> </w:t>
      </w:r>
      <w:proofErr w:type="spellStart"/>
      <w:r>
        <w:rPr>
          <w:b/>
          <w:i/>
          <w:color w:val="464646"/>
          <w:sz w:val="21"/>
        </w:rPr>
        <w:t>skupina</w:t>
      </w:r>
      <w:proofErr w:type="spellEnd"/>
      <w:r>
        <w:rPr>
          <w:b/>
          <w:i/>
          <w:color w:val="464646"/>
          <w:sz w:val="21"/>
        </w:rPr>
        <w:t xml:space="preserve"> </w:t>
      </w:r>
      <w:proofErr w:type="spellStart"/>
      <w:r>
        <w:rPr>
          <w:b/>
          <w:i/>
          <w:color w:val="464646"/>
          <w:sz w:val="21"/>
        </w:rPr>
        <w:t>Včeličky</w:t>
      </w:r>
      <w:proofErr w:type="spellEnd"/>
      <w:r>
        <w:rPr>
          <w:b/>
          <w:i/>
          <w:color w:val="464646"/>
          <w:sz w:val="21"/>
        </w:rPr>
        <w:t xml:space="preserve"> – </w:t>
      </w:r>
      <w:proofErr w:type="spellStart"/>
      <w:r>
        <w:rPr>
          <w:b/>
          <w:i/>
          <w:color w:val="464646"/>
          <w:sz w:val="21"/>
        </w:rPr>
        <w:t>místo</w:t>
      </w:r>
      <w:proofErr w:type="spellEnd"/>
      <w:r>
        <w:rPr>
          <w:b/>
          <w:i/>
          <w:color w:val="464646"/>
          <w:sz w:val="21"/>
        </w:rPr>
        <w:t xml:space="preserve"> </w:t>
      </w:r>
      <w:proofErr w:type="spellStart"/>
      <w:r>
        <w:rPr>
          <w:b/>
          <w:i/>
          <w:color w:val="464646"/>
          <w:sz w:val="21"/>
        </w:rPr>
        <w:t>poskytování</w:t>
      </w:r>
      <w:proofErr w:type="spellEnd"/>
      <w:r>
        <w:rPr>
          <w:b/>
          <w:i/>
          <w:color w:val="464646"/>
          <w:sz w:val="21"/>
        </w:rPr>
        <w:t xml:space="preserve"> </w:t>
      </w:r>
      <w:proofErr w:type="spellStart"/>
      <w:r>
        <w:rPr>
          <w:b/>
          <w:i/>
          <w:color w:val="464646"/>
          <w:sz w:val="21"/>
        </w:rPr>
        <w:t>služby</w:t>
      </w:r>
      <w:proofErr w:type="spellEnd"/>
      <w:r>
        <w:rPr>
          <w:b/>
          <w:i/>
          <w:color w:val="464646"/>
          <w:sz w:val="21"/>
        </w:rPr>
        <w:t xml:space="preserve"> </w:t>
      </w:r>
      <w:proofErr w:type="spellStart"/>
      <w:r>
        <w:rPr>
          <w:b/>
          <w:i/>
          <w:color w:val="464646"/>
          <w:sz w:val="21"/>
        </w:rPr>
        <w:t>Boršice</w:t>
      </w:r>
      <w:proofErr w:type="spellEnd"/>
      <w:r>
        <w:rPr>
          <w:b/>
          <w:i/>
          <w:color w:val="464646"/>
          <w:sz w:val="21"/>
        </w:rPr>
        <w:t xml:space="preserve"> 803, 687 09 </w:t>
      </w:r>
      <w:proofErr w:type="spellStart"/>
      <w:r>
        <w:rPr>
          <w:b/>
          <w:i/>
          <w:color w:val="464646"/>
          <w:sz w:val="21"/>
        </w:rPr>
        <w:t>Boršice</w:t>
      </w:r>
      <w:proofErr w:type="spellEnd"/>
    </w:p>
    <w:p w14:paraId="1BB05EEB" w14:textId="77777777" w:rsidR="004B3BCB" w:rsidRDefault="0000436C">
      <w:pPr>
        <w:jc w:val="center"/>
      </w:pPr>
      <w:proofErr w:type="spellStart"/>
      <w:r>
        <w:rPr>
          <w:i/>
          <w:sz w:val="17"/>
        </w:rPr>
        <w:t>uzavřená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podle</w:t>
      </w:r>
      <w:proofErr w:type="spellEnd"/>
      <w:r>
        <w:rPr>
          <w:i/>
          <w:sz w:val="17"/>
        </w:rPr>
        <w:t xml:space="preserve"> § 13 </w:t>
      </w:r>
      <w:proofErr w:type="spellStart"/>
      <w:r>
        <w:rPr>
          <w:i/>
          <w:sz w:val="17"/>
        </w:rPr>
        <w:t>zákona</w:t>
      </w:r>
      <w:proofErr w:type="spellEnd"/>
      <w:r>
        <w:rPr>
          <w:i/>
          <w:sz w:val="17"/>
        </w:rPr>
        <w:t xml:space="preserve"> č. 247/2014 Sb., o </w:t>
      </w:r>
      <w:proofErr w:type="spellStart"/>
      <w:r>
        <w:rPr>
          <w:i/>
          <w:sz w:val="17"/>
        </w:rPr>
        <w:t>poskytování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služby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péče</w:t>
      </w:r>
      <w:proofErr w:type="spellEnd"/>
      <w:r>
        <w:rPr>
          <w:i/>
          <w:sz w:val="17"/>
        </w:rPr>
        <w:t xml:space="preserve"> o </w:t>
      </w:r>
      <w:proofErr w:type="spellStart"/>
      <w:r>
        <w:rPr>
          <w:i/>
          <w:sz w:val="17"/>
        </w:rPr>
        <w:t>dítě</w:t>
      </w:r>
      <w:proofErr w:type="spellEnd"/>
      <w:r>
        <w:rPr>
          <w:i/>
          <w:sz w:val="17"/>
        </w:rPr>
        <w:t xml:space="preserve"> v </w:t>
      </w:r>
      <w:proofErr w:type="spellStart"/>
      <w:r>
        <w:rPr>
          <w:i/>
          <w:sz w:val="17"/>
        </w:rPr>
        <w:t>dětské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skupině</w:t>
      </w:r>
      <w:proofErr w:type="spellEnd"/>
      <w:r>
        <w:rPr>
          <w:i/>
          <w:sz w:val="17"/>
        </w:rPr>
        <w:t xml:space="preserve">, </w:t>
      </w:r>
      <w:proofErr w:type="spellStart"/>
      <w:r>
        <w:rPr>
          <w:i/>
          <w:sz w:val="17"/>
        </w:rPr>
        <w:t>ve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znění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pozdějších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předpisů</w:t>
      </w:r>
      <w:proofErr w:type="spellEnd"/>
    </w:p>
    <w:p w14:paraId="1BB05EEC" w14:textId="77777777" w:rsidR="004B3BCB" w:rsidRDefault="0000436C">
      <w:pPr>
        <w:pStyle w:val="Nadpis1"/>
      </w:pPr>
      <w:r>
        <w:t xml:space="preserve">1. </w:t>
      </w:r>
      <w:proofErr w:type="spellStart"/>
      <w:r>
        <w:t>Smluvní</w:t>
      </w:r>
      <w:proofErr w:type="spellEnd"/>
      <w:r>
        <w:t xml:space="preserve"> </w:t>
      </w:r>
      <w:proofErr w:type="spellStart"/>
      <w:r>
        <w:t>strany</w:t>
      </w:r>
      <w:proofErr w:type="spellEnd"/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43"/>
        <w:gridCol w:w="5043"/>
      </w:tblGrid>
      <w:tr w:rsidR="004B3BCB" w14:paraId="1BB05EEF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EED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Poskytovatel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EEE" w14:textId="77777777" w:rsidR="004B3BCB" w:rsidRDefault="0000436C">
            <w:pPr>
              <w:spacing w:after="0"/>
            </w:pPr>
            <w:proofErr w:type="spellStart"/>
            <w:r>
              <w:rPr>
                <w:sz w:val="17"/>
              </w:rPr>
              <w:t>Základní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škola</w:t>
            </w:r>
            <w:proofErr w:type="spellEnd"/>
            <w:r>
              <w:rPr>
                <w:sz w:val="17"/>
              </w:rPr>
              <w:t xml:space="preserve"> Františka Horenského, </w:t>
            </w: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příspěvková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organizace</w:t>
            </w:r>
            <w:proofErr w:type="spellEnd"/>
          </w:p>
        </w:tc>
      </w:tr>
      <w:tr w:rsidR="004B3BCB" w14:paraId="1BB05EF2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EF0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Sídlo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EF1" w14:textId="77777777" w:rsidR="004B3BCB" w:rsidRDefault="0000436C">
            <w:pPr>
              <w:spacing w:after="0"/>
            </w:pP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t xml:space="preserve"> 540, 687 09 </w:t>
            </w:r>
            <w:proofErr w:type="spellStart"/>
            <w:r>
              <w:rPr>
                <w:sz w:val="17"/>
              </w:rPr>
              <w:t>Boršice</w:t>
            </w:r>
            <w:proofErr w:type="spellEnd"/>
          </w:p>
        </w:tc>
      </w:tr>
      <w:tr w:rsidR="004B3BCB" w14:paraId="1BB05EF5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EF3" w14:textId="77777777" w:rsidR="004B3BCB" w:rsidRDefault="0000436C">
            <w:pPr>
              <w:spacing w:after="0"/>
            </w:pPr>
            <w:r>
              <w:rPr>
                <w:b/>
                <w:sz w:val="17"/>
              </w:rPr>
              <w:t>IČO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EF4" w14:textId="77777777" w:rsidR="004B3BCB" w:rsidRDefault="0000436C">
            <w:pPr>
              <w:spacing w:after="0"/>
            </w:pPr>
            <w:r>
              <w:rPr>
                <w:sz w:val="17"/>
              </w:rPr>
              <w:t>75023547</w:t>
            </w:r>
          </w:p>
        </w:tc>
      </w:tr>
      <w:tr w:rsidR="004B3BCB" w14:paraId="1BB05EF8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EF6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Zastoupený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EF7" w14:textId="77777777" w:rsidR="004B3BCB" w:rsidRDefault="0000436C">
            <w:pPr>
              <w:spacing w:after="0"/>
            </w:pPr>
            <w:r>
              <w:rPr>
                <w:sz w:val="17"/>
              </w:rPr>
              <w:t xml:space="preserve">Mgr. </w:t>
            </w:r>
            <w:proofErr w:type="spellStart"/>
            <w:r>
              <w:rPr>
                <w:sz w:val="17"/>
              </w:rPr>
              <w:t>Tomášem</w:t>
            </w:r>
            <w:proofErr w:type="spellEnd"/>
            <w:r>
              <w:rPr>
                <w:sz w:val="17"/>
              </w:rPr>
              <w:t xml:space="preserve"> Kordulou, </w:t>
            </w:r>
            <w:proofErr w:type="spellStart"/>
            <w:r>
              <w:rPr>
                <w:sz w:val="17"/>
              </w:rPr>
              <w:t>ředitelem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školy</w:t>
            </w:r>
            <w:proofErr w:type="spellEnd"/>
          </w:p>
        </w:tc>
      </w:tr>
      <w:tr w:rsidR="004B3BCB" w14:paraId="1BB05EFB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EF9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Dětská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skupina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EFA" w14:textId="77777777" w:rsidR="004B3BCB" w:rsidRDefault="0000436C">
            <w:pPr>
              <w:spacing w:after="0"/>
            </w:pPr>
            <w:proofErr w:type="spellStart"/>
            <w:r>
              <w:rPr>
                <w:sz w:val="17"/>
              </w:rPr>
              <w:t>Dětská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skupina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Včeličky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t xml:space="preserve"> 803, 687 09 </w:t>
            </w:r>
            <w:proofErr w:type="spellStart"/>
            <w:r>
              <w:rPr>
                <w:sz w:val="17"/>
              </w:rPr>
              <w:t>Boršice</w:t>
            </w:r>
            <w:proofErr w:type="spellEnd"/>
          </w:p>
        </w:tc>
      </w:tr>
    </w:tbl>
    <w:p w14:paraId="1BB05EFC" w14:textId="77777777" w:rsidR="004B3BCB" w:rsidRDefault="0000436C">
      <w:r>
        <w:t>a</w:t>
      </w:r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43"/>
        <w:gridCol w:w="5043"/>
      </w:tblGrid>
      <w:tr w:rsidR="004B3BCB" w14:paraId="1BB05EFF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EFD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Rodič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zákonný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zástupce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EFE" w14:textId="404D7245" w:rsidR="004B3BCB" w:rsidRDefault="0000436C">
            <w:pPr>
              <w:spacing w:after="0"/>
            </w:pPr>
            <w:proofErr w:type="spellStart"/>
            <w:r>
              <w:rPr>
                <w:sz w:val="17"/>
              </w:rPr>
              <w:t>Jméno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příjmení</w:t>
            </w:r>
            <w:proofErr w:type="spellEnd"/>
            <w:r>
              <w:rPr>
                <w:sz w:val="17"/>
              </w:rPr>
              <w:t xml:space="preserve">: </w:t>
            </w:r>
          </w:p>
        </w:tc>
      </w:tr>
      <w:tr w:rsidR="004B3BCB" w14:paraId="1BB05F02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00" w14:textId="77777777" w:rsidR="004B3BCB" w:rsidRDefault="0000436C">
            <w:pPr>
              <w:spacing w:after="0"/>
            </w:pPr>
            <w:r>
              <w:rPr>
                <w:b/>
                <w:sz w:val="17"/>
              </w:rPr>
              <w:t xml:space="preserve">Datum </w:t>
            </w:r>
            <w:proofErr w:type="spellStart"/>
            <w:r>
              <w:rPr>
                <w:b/>
                <w:sz w:val="17"/>
              </w:rPr>
              <w:t>narození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01" w14:textId="121CBB41" w:rsidR="004B3BCB" w:rsidRDefault="004B3BCB">
            <w:pPr>
              <w:spacing w:after="0"/>
            </w:pPr>
          </w:p>
        </w:tc>
      </w:tr>
      <w:tr w:rsidR="004B3BCB" w14:paraId="1BB05F05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03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Adresa</w:t>
            </w:r>
            <w:proofErr w:type="spellEnd"/>
            <w:r>
              <w:rPr>
                <w:b/>
                <w:sz w:val="17"/>
              </w:rPr>
              <w:t xml:space="preserve"> místa pobytu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04" w14:textId="1BF6C672" w:rsidR="004B3BCB" w:rsidRDefault="004B3BCB">
            <w:pPr>
              <w:spacing w:after="0"/>
            </w:pPr>
          </w:p>
        </w:tc>
      </w:tr>
      <w:tr w:rsidR="004B3BCB" w14:paraId="1BB05F08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06" w14:textId="77777777" w:rsidR="004B3BCB" w:rsidRDefault="0000436C">
            <w:pPr>
              <w:spacing w:after="0"/>
            </w:pPr>
            <w:r>
              <w:rPr>
                <w:b/>
                <w:sz w:val="17"/>
              </w:rPr>
              <w:t>E-mail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07" w14:textId="0EB1A1F5" w:rsidR="004B3BCB" w:rsidRDefault="004B3BCB">
            <w:pPr>
              <w:spacing w:after="0"/>
            </w:pPr>
          </w:p>
        </w:tc>
      </w:tr>
      <w:tr w:rsidR="004B3BCB" w14:paraId="1BB05F0B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09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Telefon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0A" w14:textId="70514B38" w:rsidR="004B3BCB" w:rsidRDefault="004B3BCB">
            <w:pPr>
              <w:spacing w:after="0"/>
            </w:pPr>
          </w:p>
        </w:tc>
      </w:tr>
      <w:tr w:rsidR="004B3BCB" w14:paraId="1BB05F0E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0C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Druhý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zákonný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zástupce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0D" w14:textId="65EF06B1" w:rsidR="004B3BCB" w:rsidRDefault="0000436C">
            <w:pPr>
              <w:spacing w:after="0"/>
            </w:pPr>
            <w:proofErr w:type="spellStart"/>
            <w:r>
              <w:rPr>
                <w:sz w:val="17"/>
              </w:rPr>
              <w:t>Jméno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příjmení</w:t>
            </w:r>
            <w:proofErr w:type="spellEnd"/>
            <w:r>
              <w:rPr>
                <w:sz w:val="17"/>
              </w:rPr>
              <w:t xml:space="preserve">: </w:t>
            </w:r>
          </w:p>
        </w:tc>
      </w:tr>
      <w:tr w:rsidR="004B3BCB" w14:paraId="1BB05F11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0F" w14:textId="77777777" w:rsidR="004B3BCB" w:rsidRDefault="0000436C">
            <w:pPr>
              <w:spacing w:after="0"/>
            </w:pPr>
            <w:r>
              <w:rPr>
                <w:b/>
                <w:sz w:val="17"/>
              </w:rPr>
              <w:t xml:space="preserve">E-mail / </w:t>
            </w:r>
            <w:proofErr w:type="spellStart"/>
            <w:r>
              <w:rPr>
                <w:b/>
                <w:sz w:val="17"/>
              </w:rPr>
              <w:t>telefon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10" w14:textId="6884636D" w:rsidR="004B3BCB" w:rsidRDefault="004B3BCB">
            <w:pPr>
              <w:spacing w:after="0"/>
            </w:pPr>
          </w:p>
        </w:tc>
      </w:tr>
      <w:tr w:rsidR="004B3BCB" w14:paraId="1BB05F14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12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Prohlášení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13" w14:textId="77777777" w:rsidR="004B3BCB" w:rsidRDefault="0000436C">
            <w:pPr>
              <w:spacing w:after="0"/>
            </w:pPr>
            <w:proofErr w:type="spellStart"/>
            <w:r>
              <w:rPr>
                <w:sz w:val="17"/>
              </w:rPr>
              <w:t>Podepisující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rodič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prohlašuje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že</w:t>
            </w:r>
            <w:proofErr w:type="spellEnd"/>
            <w:r>
              <w:rPr>
                <w:sz w:val="17"/>
              </w:rPr>
              <w:t xml:space="preserve"> je </w:t>
            </w:r>
            <w:proofErr w:type="spellStart"/>
            <w:r>
              <w:rPr>
                <w:sz w:val="17"/>
              </w:rPr>
              <w:t>zákonným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zástupcem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dítěte</w:t>
            </w:r>
            <w:proofErr w:type="spellEnd"/>
            <w:r>
              <w:rPr>
                <w:sz w:val="17"/>
              </w:rPr>
              <w:t xml:space="preserve"> a je </w:t>
            </w:r>
            <w:proofErr w:type="spellStart"/>
            <w:r>
              <w:rPr>
                <w:sz w:val="17"/>
              </w:rPr>
              <w:t>oprávněn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tuto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smlouvu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uzavřít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případně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jedná</w:t>
            </w:r>
            <w:proofErr w:type="spellEnd"/>
            <w:r>
              <w:rPr>
                <w:sz w:val="17"/>
              </w:rPr>
              <w:t xml:space="preserve"> se </w:t>
            </w:r>
            <w:proofErr w:type="spellStart"/>
            <w:r>
              <w:rPr>
                <w:sz w:val="17"/>
              </w:rPr>
              <w:t>souhlasem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druhého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zákonného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zástupce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vyžaduje</w:t>
            </w:r>
            <w:proofErr w:type="spellEnd"/>
            <w:r>
              <w:rPr>
                <w:sz w:val="17"/>
              </w:rPr>
              <w:t xml:space="preserve">-li to </w:t>
            </w:r>
            <w:proofErr w:type="spellStart"/>
            <w:r>
              <w:rPr>
                <w:sz w:val="17"/>
              </w:rPr>
              <w:t>konkrétní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situace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1BB05F15" w14:textId="77777777" w:rsidR="004B3BCB" w:rsidRDefault="0000436C">
      <w:pPr>
        <w:pStyle w:val="Nadpis1"/>
      </w:pPr>
      <w:r>
        <w:t xml:space="preserve">2. </w:t>
      </w:r>
      <w:proofErr w:type="spellStart"/>
      <w:r>
        <w:t>Údaje</w:t>
      </w:r>
      <w:proofErr w:type="spellEnd"/>
      <w:r>
        <w:t xml:space="preserve"> o </w:t>
      </w:r>
      <w:proofErr w:type="spellStart"/>
      <w:r>
        <w:t>dítěti</w:t>
      </w:r>
      <w:proofErr w:type="spellEnd"/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43"/>
        <w:gridCol w:w="5043"/>
      </w:tblGrid>
      <w:tr w:rsidR="004B3BCB" w14:paraId="1BB05F18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16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Jméno</w:t>
            </w:r>
            <w:proofErr w:type="spellEnd"/>
            <w:r>
              <w:rPr>
                <w:b/>
                <w:sz w:val="17"/>
              </w:rPr>
              <w:t xml:space="preserve"> a příjmení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17" w14:textId="54667717" w:rsidR="004B3BCB" w:rsidRDefault="004B3BCB">
            <w:pPr>
              <w:spacing w:after="0"/>
            </w:pPr>
          </w:p>
        </w:tc>
      </w:tr>
      <w:tr w:rsidR="004B3BCB" w14:paraId="1BB05F1B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19" w14:textId="77777777" w:rsidR="004B3BCB" w:rsidRDefault="0000436C">
            <w:pPr>
              <w:spacing w:after="0"/>
            </w:pPr>
            <w:r>
              <w:rPr>
                <w:b/>
                <w:sz w:val="17"/>
              </w:rPr>
              <w:t xml:space="preserve">Datum </w:t>
            </w:r>
            <w:proofErr w:type="spellStart"/>
            <w:r>
              <w:rPr>
                <w:b/>
                <w:sz w:val="17"/>
              </w:rPr>
              <w:t>narození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1A" w14:textId="008F8787" w:rsidR="004B3BCB" w:rsidRDefault="004B3BCB">
            <w:pPr>
              <w:spacing w:after="0"/>
            </w:pPr>
          </w:p>
        </w:tc>
      </w:tr>
      <w:tr w:rsidR="004B3BCB" w14:paraId="1BB05F1E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1C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Adresa</w:t>
            </w:r>
            <w:proofErr w:type="spellEnd"/>
            <w:r>
              <w:rPr>
                <w:b/>
                <w:sz w:val="17"/>
              </w:rPr>
              <w:t xml:space="preserve"> místa pobytu dítěte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1D" w14:textId="28A3FC8B" w:rsidR="004B3BCB" w:rsidRDefault="004B3BCB">
            <w:pPr>
              <w:spacing w:after="0"/>
            </w:pPr>
          </w:p>
        </w:tc>
      </w:tr>
      <w:tr w:rsidR="004B3BCB" w14:paraId="1BB05F21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1F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Rodné</w:t>
            </w:r>
            <w:proofErr w:type="spellEnd"/>
            <w:r>
              <w:rPr>
                <w:b/>
                <w:sz w:val="17"/>
              </w:rPr>
              <w:t xml:space="preserve"> číslo, bylo-li přiděleno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20" w14:textId="5C51B9D3" w:rsidR="004B3BCB" w:rsidRDefault="004B3BCB">
            <w:pPr>
              <w:spacing w:after="0"/>
            </w:pPr>
          </w:p>
        </w:tc>
      </w:tr>
      <w:tr w:rsidR="004B3BCB" w14:paraId="1BB05F24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22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Státní</w:t>
            </w:r>
            <w:proofErr w:type="spellEnd"/>
            <w:r>
              <w:rPr>
                <w:b/>
                <w:sz w:val="17"/>
              </w:rPr>
              <w:t xml:space="preserve"> občanství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23" w14:textId="07D026D2" w:rsidR="004B3BCB" w:rsidRDefault="004B3BCB">
            <w:pPr>
              <w:spacing w:after="0"/>
            </w:pPr>
          </w:p>
        </w:tc>
      </w:tr>
      <w:tr w:rsidR="004B3BCB" w14:paraId="1BB05F27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25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Zdravotní</w:t>
            </w:r>
            <w:proofErr w:type="spellEnd"/>
            <w:r>
              <w:rPr>
                <w:b/>
                <w:sz w:val="17"/>
              </w:rPr>
              <w:t xml:space="preserve"> pojišťovna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26" w14:textId="13F492E1" w:rsidR="004B3BCB" w:rsidRDefault="004B3BCB">
            <w:pPr>
              <w:spacing w:after="0"/>
            </w:pPr>
          </w:p>
        </w:tc>
      </w:tr>
      <w:tr w:rsidR="004B3BCB" w14:paraId="1BB05F2A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28" w14:textId="77777777" w:rsidR="004B3BCB" w:rsidRDefault="0000436C">
            <w:pPr>
              <w:spacing w:after="0"/>
            </w:pPr>
            <w:proofErr w:type="spellStart"/>
            <w:r>
              <w:rPr>
                <w:b/>
                <w:sz w:val="17"/>
              </w:rPr>
              <w:t>Dítě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není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občanem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ČR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29" w14:textId="77777777" w:rsidR="004B3BCB" w:rsidRDefault="0000436C">
            <w:pPr>
              <w:spacing w:after="0"/>
            </w:pPr>
            <w:proofErr w:type="spellStart"/>
            <w:r>
              <w:rPr>
                <w:sz w:val="17"/>
              </w:rPr>
              <w:t>Druh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číslo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identifikačního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dokladu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vydaného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Českou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republikou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a</w:t>
            </w:r>
            <w:proofErr w:type="gram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evropské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číslo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pojištěnce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bylo</w:t>
            </w:r>
            <w:proofErr w:type="spellEnd"/>
            <w:r>
              <w:rPr>
                <w:sz w:val="17"/>
              </w:rPr>
              <w:t xml:space="preserve">-li </w:t>
            </w:r>
            <w:proofErr w:type="spellStart"/>
            <w:r>
              <w:rPr>
                <w:sz w:val="17"/>
              </w:rPr>
              <w:t>přiděleno</w:t>
            </w:r>
            <w:proofErr w:type="spellEnd"/>
            <w:r>
              <w:rPr>
                <w:sz w:val="17"/>
              </w:rPr>
              <w:t>: ..............................................................</w:t>
            </w:r>
          </w:p>
        </w:tc>
      </w:tr>
    </w:tbl>
    <w:p w14:paraId="1BB05F2B" w14:textId="77777777" w:rsidR="004B3BCB" w:rsidRDefault="0000436C">
      <w:pPr>
        <w:pStyle w:val="Nadpis1"/>
      </w:pPr>
      <w:r>
        <w:t xml:space="preserve">3. </w:t>
      </w:r>
      <w:proofErr w:type="spellStart"/>
      <w:r>
        <w:t>Předmět</w:t>
      </w:r>
      <w:proofErr w:type="spellEnd"/>
      <w:r>
        <w:t xml:space="preserve"> </w:t>
      </w:r>
      <w:proofErr w:type="spellStart"/>
      <w:r>
        <w:t>smlouvy</w:t>
      </w:r>
      <w:proofErr w:type="spellEnd"/>
    </w:p>
    <w:p w14:paraId="1BB05F2C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poskytovat</w:t>
      </w:r>
      <w:proofErr w:type="spellEnd"/>
      <w:r>
        <w:t xml:space="preserve"> </w:t>
      </w:r>
      <w:proofErr w:type="spellStart"/>
      <w:r>
        <w:t>dítěti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</w:t>
      </w:r>
      <w:proofErr w:type="spellStart"/>
      <w:r>
        <w:t>dítě</w:t>
      </w:r>
      <w:proofErr w:type="spellEnd"/>
      <w:r>
        <w:t xml:space="preserve"> v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 xml:space="preserve"> </w:t>
      </w:r>
      <w:proofErr w:type="spellStart"/>
      <w:r>
        <w:t>Včeličky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se </w:t>
      </w:r>
      <w:proofErr w:type="spellStart"/>
      <w:r>
        <w:t>zákonem</w:t>
      </w:r>
      <w:proofErr w:type="spellEnd"/>
      <w:r>
        <w:t xml:space="preserve"> č. 247/2014 Sb., </w:t>
      </w:r>
      <w:proofErr w:type="spellStart"/>
      <w:r>
        <w:t>touto</w:t>
      </w:r>
      <w:proofErr w:type="spellEnd"/>
      <w:r>
        <w:t xml:space="preserve"> </w:t>
      </w:r>
      <w:proofErr w:type="spellStart"/>
      <w:r>
        <w:t>smlouvou</w:t>
      </w:r>
      <w:proofErr w:type="spellEnd"/>
      <w:r>
        <w:t xml:space="preserve">, </w:t>
      </w:r>
      <w:proofErr w:type="spellStart"/>
      <w:r>
        <w:t>vnitřními</w:t>
      </w:r>
      <w:proofErr w:type="spellEnd"/>
      <w:r>
        <w:t xml:space="preserve"> </w:t>
      </w:r>
      <w:proofErr w:type="spellStart"/>
      <w:r>
        <w:t>pravidly</w:t>
      </w:r>
      <w:proofErr w:type="spellEnd"/>
      <w:r>
        <w:t xml:space="preserve">, </w:t>
      </w:r>
      <w:proofErr w:type="spellStart"/>
      <w:r>
        <w:t>provozním</w:t>
      </w:r>
      <w:proofErr w:type="spellEnd"/>
      <w:r>
        <w:t xml:space="preserve"> </w:t>
      </w:r>
      <w:proofErr w:type="spellStart"/>
      <w:r>
        <w:t>řádem</w:t>
      </w:r>
      <w:proofErr w:type="spellEnd"/>
      <w:r>
        <w:t xml:space="preserve"> a </w:t>
      </w:r>
      <w:proofErr w:type="spellStart"/>
      <w:r>
        <w:t>plánem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  <w:r>
        <w:t>.</w:t>
      </w:r>
    </w:p>
    <w:p w14:paraId="1BB05F2D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Služba</w:t>
      </w:r>
      <w:proofErr w:type="spellEnd"/>
      <w:r>
        <w:t xml:space="preserve"> je </w:t>
      </w:r>
      <w:proofErr w:type="spellStart"/>
      <w:r>
        <w:t>neziskovou</w:t>
      </w:r>
      <w:proofErr w:type="spellEnd"/>
      <w:r>
        <w:t xml:space="preserve"> </w:t>
      </w:r>
      <w:proofErr w:type="spellStart"/>
      <w:r>
        <w:t>službou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předškolního</w:t>
      </w:r>
      <w:proofErr w:type="spellEnd"/>
      <w:r>
        <w:t xml:space="preserve"> </w:t>
      </w:r>
      <w:proofErr w:type="spellStart"/>
      <w:r>
        <w:t>věku</w:t>
      </w:r>
      <w:proofErr w:type="spellEnd"/>
      <w:r>
        <w:t xml:space="preserve"> a je </w:t>
      </w:r>
      <w:proofErr w:type="spellStart"/>
      <w:r>
        <w:t>zaměřena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zajištění</w:t>
      </w:r>
      <w:proofErr w:type="spellEnd"/>
      <w:r>
        <w:t xml:space="preserve"> </w:t>
      </w:r>
      <w:proofErr w:type="spellStart"/>
      <w:r>
        <w:t>potřeb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,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výchovu</w:t>
      </w:r>
      <w:proofErr w:type="spellEnd"/>
      <w:r>
        <w:t xml:space="preserve">, </w:t>
      </w:r>
      <w:proofErr w:type="spellStart"/>
      <w:r>
        <w:t>rozvoj</w:t>
      </w:r>
      <w:proofErr w:type="spellEnd"/>
      <w:r>
        <w:t xml:space="preserve"> </w:t>
      </w:r>
      <w:proofErr w:type="spellStart"/>
      <w:r>
        <w:t>schopností</w:t>
      </w:r>
      <w:proofErr w:type="spellEnd"/>
      <w:r>
        <w:t xml:space="preserve"> a </w:t>
      </w:r>
      <w:proofErr w:type="spellStart"/>
      <w:r>
        <w:t>kulturních</w:t>
      </w:r>
      <w:proofErr w:type="spellEnd"/>
      <w:r>
        <w:t xml:space="preserve">, </w:t>
      </w:r>
      <w:proofErr w:type="spellStart"/>
      <w:r>
        <w:t>hygienických</w:t>
      </w:r>
      <w:proofErr w:type="spellEnd"/>
      <w:r>
        <w:t xml:space="preserve"> a </w:t>
      </w:r>
      <w:proofErr w:type="spellStart"/>
      <w:r>
        <w:t>sociálních</w:t>
      </w:r>
      <w:proofErr w:type="spellEnd"/>
      <w:r>
        <w:t xml:space="preserve"> </w:t>
      </w:r>
      <w:proofErr w:type="spellStart"/>
      <w:r>
        <w:t>návyků</w:t>
      </w:r>
      <w:proofErr w:type="spellEnd"/>
      <w:r>
        <w:t>.</w:t>
      </w:r>
    </w:p>
    <w:p w14:paraId="1BB05F2E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hradit</w:t>
      </w:r>
      <w:proofErr w:type="spellEnd"/>
      <w:r>
        <w:t xml:space="preserve"> </w:t>
      </w:r>
      <w:proofErr w:type="spellStart"/>
      <w:r>
        <w:t>úhradu</w:t>
      </w:r>
      <w:proofErr w:type="spellEnd"/>
      <w:r>
        <w:t xml:space="preserve"> za </w:t>
      </w:r>
      <w:proofErr w:type="spellStart"/>
      <w:r>
        <w:t>službu</w:t>
      </w:r>
      <w:proofErr w:type="spellEnd"/>
      <w:r>
        <w:t xml:space="preserve"> a </w:t>
      </w:r>
      <w:proofErr w:type="spellStart"/>
      <w:r>
        <w:t>stravné</w:t>
      </w:r>
      <w:proofErr w:type="spellEnd"/>
      <w:r>
        <w:t xml:space="preserve">, </w:t>
      </w:r>
      <w:proofErr w:type="spellStart"/>
      <w:r>
        <w:t>poskytovat</w:t>
      </w:r>
      <w:proofErr w:type="spellEnd"/>
      <w:r>
        <w:t xml:space="preserve"> </w:t>
      </w:r>
      <w:proofErr w:type="spellStart"/>
      <w:r>
        <w:t>potřebnou</w:t>
      </w:r>
      <w:proofErr w:type="spellEnd"/>
      <w:r>
        <w:t xml:space="preserve"> </w:t>
      </w:r>
      <w:proofErr w:type="spellStart"/>
      <w:r>
        <w:t>součinnost</w:t>
      </w:r>
      <w:proofErr w:type="spellEnd"/>
      <w:r>
        <w:t xml:space="preserve"> a </w:t>
      </w:r>
      <w:proofErr w:type="spellStart"/>
      <w:r>
        <w:t>dodržovat</w:t>
      </w:r>
      <w:proofErr w:type="spellEnd"/>
      <w:r>
        <w:t xml:space="preserve">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a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poskytovatele</w:t>
      </w:r>
      <w:proofErr w:type="spellEnd"/>
      <w:r>
        <w:t xml:space="preserve">, se </w:t>
      </w:r>
      <w:proofErr w:type="spellStart"/>
      <w:r>
        <w:t>kterými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>.</w:t>
      </w:r>
    </w:p>
    <w:p w14:paraId="1BB05F2F" w14:textId="77777777" w:rsidR="004B3BCB" w:rsidRDefault="0000436C" w:rsidP="009D44E6">
      <w:pPr>
        <w:pStyle w:val="Nadpis1"/>
        <w:spacing w:before="60"/>
        <w:jc w:val="both"/>
      </w:pPr>
      <w:r>
        <w:lastRenderedPageBreak/>
        <w:t xml:space="preserve">4. Místo, </w:t>
      </w:r>
      <w:proofErr w:type="spellStart"/>
      <w:r>
        <w:t>čas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období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43"/>
        <w:gridCol w:w="5043"/>
      </w:tblGrid>
      <w:tr w:rsidR="004B3BCB" w14:paraId="1BB05F32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30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Místo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poskytování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služby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31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Dětská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skupina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Včeličky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t xml:space="preserve"> 803, 687 09 </w:t>
            </w:r>
            <w:proofErr w:type="spellStart"/>
            <w:r>
              <w:rPr>
                <w:sz w:val="17"/>
              </w:rPr>
              <w:t>Boršice</w:t>
            </w:r>
            <w:proofErr w:type="spellEnd"/>
          </w:p>
        </w:tc>
      </w:tr>
      <w:tr w:rsidR="004B3BCB" w14:paraId="1BB05F35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33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Sjednané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dny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docházky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34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pondělí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úterý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středa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čtvrtek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pátek</w:t>
            </w:r>
            <w:proofErr w:type="spellEnd"/>
          </w:p>
        </w:tc>
      </w:tr>
      <w:tr w:rsidR="004B3BCB" w14:paraId="1BB05F38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36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Sjednaný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denní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rozsah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37" w14:textId="77777777" w:rsidR="004B3BCB" w:rsidRDefault="00220594" w:rsidP="009D44E6">
            <w:pPr>
              <w:spacing w:before="60"/>
              <w:jc w:val="both"/>
            </w:pPr>
            <w:r>
              <w:rPr>
                <w:sz w:val="17"/>
              </w:rPr>
              <w:t>od 6:15 do 16:15</w:t>
            </w:r>
            <w:r w:rsidR="0000436C">
              <w:rPr>
                <w:sz w:val="17"/>
              </w:rPr>
              <w:t xml:space="preserve"> </w:t>
            </w:r>
            <w:proofErr w:type="spellStart"/>
            <w:r w:rsidR="0000436C">
              <w:rPr>
                <w:sz w:val="17"/>
              </w:rPr>
              <w:t>hodin</w:t>
            </w:r>
            <w:proofErr w:type="spellEnd"/>
            <w:r w:rsidR="0000436C">
              <w:rPr>
                <w:sz w:val="17"/>
              </w:rPr>
              <w:t xml:space="preserve">, </w:t>
            </w:r>
            <w:proofErr w:type="spellStart"/>
            <w:r w:rsidR="0000436C">
              <w:rPr>
                <w:sz w:val="17"/>
              </w:rPr>
              <w:t>není</w:t>
            </w:r>
            <w:proofErr w:type="spellEnd"/>
            <w:r w:rsidR="0000436C">
              <w:rPr>
                <w:sz w:val="17"/>
              </w:rPr>
              <w:t xml:space="preserve">-li </w:t>
            </w:r>
            <w:proofErr w:type="spellStart"/>
            <w:r w:rsidR="0000436C">
              <w:rPr>
                <w:sz w:val="17"/>
              </w:rPr>
              <w:t>písemně</w:t>
            </w:r>
            <w:proofErr w:type="spellEnd"/>
            <w:r w:rsidR="0000436C">
              <w:rPr>
                <w:sz w:val="17"/>
              </w:rPr>
              <w:t xml:space="preserve"> </w:t>
            </w:r>
            <w:proofErr w:type="spellStart"/>
            <w:r w:rsidR="0000436C">
              <w:rPr>
                <w:sz w:val="17"/>
              </w:rPr>
              <w:t>sjednáno</w:t>
            </w:r>
            <w:proofErr w:type="spellEnd"/>
            <w:r w:rsidR="0000436C">
              <w:rPr>
                <w:sz w:val="17"/>
              </w:rPr>
              <w:t xml:space="preserve"> </w:t>
            </w:r>
            <w:proofErr w:type="spellStart"/>
            <w:r w:rsidR="0000436C">
              <w:rPr>
                <w:sz w:val="17"/>
              </w:rPr>
              <w:t>jinak</w:t>
            </w:r>
            <w:proofErr w:type="spellEnd"/>
          </w:p>
        </w:tc>
      </w:tr>
      <w:tr w:rsidR="004B3BCB" w14:paraId="1BB05F3B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39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Zahájení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poskytování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služby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3A" w14:textId="2FC806FF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dne</w:t>
            </w:r>
            <w:proofErr w:type="spellEnd"/>
            <w:r>
              <w:rPr>
                <w:sz w:val="17"/>
              </w:rPr>
              <w:t xml:space="preserve"> </w:t>
            </w:r>
            <w:r w:rsidR="00176365">
              <w:rPr>
                <w:sz w:val="17"/>
              </w:rPr>
              <w:t>1. 9. 2026</w:t>
            </w:r>
          </w:p>
        </w:tc>
      </w:tr>
      <w:tr w:rsidR="004B3BCB" w14:paraId="1BB05F3E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3C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Období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poskytování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služby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3D" w14:textId="1D97C384" w:rsidR="004B3BCB" w:rsidRDefault="0000436C" w:rsidP="009D44E6">
            <w:pPr>
              <w:spacing w:before="60"/>
              <w:jc w:val="both"/>
            </w:pPr>
            <w:r>
              <w:rPr>
                <w:sz w:val="17"/>
              </w:rPr>
              <w:t xml:space="preserve">od </w:t>
            </w:r>
            <w:r w:rsidR="00176365">
              <w:rPr>
                <w:sz w:val="17"/>
              </w:rPr>
              <w:t>1. 9. 2026</w:t>
            </w:r>
            <w:r>
              <w:rPr>
                <w:sz w:val="17"/>
              </w:rPr>
              <w:t xml:space="preserve"> do 31. 8. 2027, </w:t>
            </w:r>
            <w:proofErr w:type="spellStart"/>
            <w:r>
              <w:rPr>
                <w:sz w:val="17"/>
              </w:rPr>
              <w:t>nedojde</w:t>
            </w:r>
            <w:proofErr w:type="spellEnd"/>
            <w:r>
              <w:rPr>
                <w:sz w:val="17"/>
              </w:rPr>
              <w:t xml:space="preserve">-li k </w:t>
            </w:r>
            <w:proofErr w:type="spellStart"/>
            <w:r>
              <w:rPr>
                <w:sz w:val="17"/>
              </w:rPr>
              <w:t>dřívějšímu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ukončení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podle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této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smlouvy</w:t>
            </w:r>
            <w:proofErr w:type="spellEnd"/>
          </w:p>
        </w:tc>
      </w:tr>
      <w:tr w:rsidR="004B3BCB" w14:paraId="1BB05F41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3F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Vznik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smluvního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vztahu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40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Smlouva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vzniká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nabývá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účinnosti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dnem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podpisu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oběma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smluvními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stranami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faktické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obsazení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kapacitního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místa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začíná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dnem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zahájení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poskytování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služby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1BB05F42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z </w:t>
      </w:r>
      <w:proofErr w:type="spellStart"/>
      <w:r>
        <w:t>organizačních</w:t>
      </w:r>
      <w:proofErr w:type="spellEnd"/>
      <w:r>
        <w:t xml:space="preserve"> </w:t>
      </w:r>
      <w:proofErr w:type="spellStart"/>
      <w:r>
        <w:t>důvodů</w:t>
      </w:r>
      <w:proofErr w:type="spellEnd"/>
      <w:r>
        <w:t xml:space="preserve"> </w:t>
      </w:r>
      <w:proofErr w:type="spellStart"/>
      <w:r>
        <w:t>dočasně</w:t>
      </w:r>
      <w:proofErr w:type="spellEnd"/>
      <w:r>
        <w:t xml:space="preserve"> </w:t>
      </w:r>
      <w:proofErr w:type="spellStart"/>
      <w:r>
        <w:t>zajistit</w:t>
      </w:r>
      <w:proofErr w:type="spellEnd"/>
      <w:r>
        <w:t xml:space="preserve"> </w:t>
      </w:r>
      <w:proofErr w:type="spellStart"/>
      <w:r>
        <w:t>společné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z </w:t>
      </w:r>
      <w:proofErr w:type="spellStart"/>
      <w:r>
        <w:t>dětských</w:t>
      </w:r>
      <w:proofErr w:type="spellEnd"/>
      <w:r>
        <w:t xml:space="preserve"> </w:t>
      </w:r>
      <w:proofErr w:type="spellStart"/>
      <w:r>
        <w:t>skupin</w:t>
      </w:r>
      <w:proofErr w:type="spellEnd"/>
      <w:r>
        <w:t xml:space="preserve"> </w:t>
      </w:r>
      <w:proofErr w:type="spellStart"/>
      <w:r>
        <w:t>provozovaných</w:t>
      </w:r>
      <w:proofErr w:type="spellEnd"/>
      <w:r>
        <w:t xml:space="preserve"> </w:t>
      </w:r>
      <w:proofErr w:type="spellStart"/>
      <w:r>
        <w:t>týmž</w:t>
      </w:r>
      <w:proofErr w:type="spellEnd"/>
      <w:r>
        <w:t xml:space="preserve"> </w:t>
      </w:r>
      <w:proofErr w:type="spellStart"/>
      <w:r>
        <w:t>poskytovatelem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stejném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vždy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zachování</w:t>
      </w:r>
      <w:proofErr w:type="spellEnd"/>
      <w:r>
        <w:t xml:space="preserve"> </w:t>
      </w:r>
      <w:proofErr w:type="spellStart"/>
      <w:r>
        <w:t>zapsané</w:t>
      </w:r>
      <w:proofErr w:type="spellEnd"/>
      <w:r>
        <w:t xml:space="preserve"> </w:t>
      </w:r>
      <w:proofErr w:type="spellStart"/>
      <w:r>
        <w:t>kapacity</w:t>
      </w:r>
      <w:proofErr w:type="spellEnd"/>
      <w:r>
        <w:t xml:space="preserve">, </w:t>
      </w:r>
      <w:proofErr w:type="spellStart"/>
      <w:r>
        <w:t>požadovaného</w:t>
      </w:r>
      <w:proofErr w:type="spellEnd"/>
      <w:r>
        <w:t xml:space="preserve"> </w:t>
      </w:r>
      <w:proofErr w:type="spellStart"/>
      <w:r>
        <w:t>počtu</w:t>
      </w:r>
      <w:proofErr w:type="spellEnd"/>
      <w:r>
        <w:t xml:space="preserve"> </w:t>
      </w:r>
      <w:proofErr w:type="spellStart"/>
      <w:r>
        <w:t>pečujících</w:t>
      </w:r>
      <w:proofErr w:type="spellEnd"/>
      <w:r>
        <w:t xml:space="preserve"> </w:t>
      </w:r>
      <w:proofErr w:type="spellStart"/>
      <w:r>
        <w:t>osob</w:t>
      </w:r>
      <w:proofErr w:type="spellEnd"/>
      <w:r>
        <w:t xml:space="preserve">, </w:t>
      </w:r>
      <w:proofErr w:type="spellStart"/>
      <w:r>
        <w:t>bezpečnosti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oddělené</w:t>
      </w:r>
      <w:proofErr w:type="spellEnd"/>
      <w:r>
        <w:t xml:space="preserve"> evidence </w:t>
      </w:r>
      <w:proofErr w:type="spellStart"/>
      <w:r>
        <w:t>každé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>.</w:t>
      </w:r>
    </w:p>
    <w:p w14:paraId="1BB05F43" w14:textId="77777777" w:rsidR="004B3BCB" w:rsidRDefault="0000436C" w:rsidP="009D44E6">
      <w:pPr>
        <w:pStyle w:val="Nadpis1"/>
        <w:spacing w:before="60"/>
        <w:jc w:val="both"/>
      </w:pPr>
      <w:r>
        <w:t xml:space="preserve">5. </w:t>
      </w:r>
      <w:proofErr w:type="spellStart"/>
      <w:r>
        <w:t>Úhrada</w:t>
      </w:r>
      <w:proofErr w:type="spellEnd"/>
      <w:r>
        <w:t xml:space="preserve"> za </w:t>
      </w:r>
      <w:proofErr w:type="spellStart"/>
      <w:r>
        <w:t>službu</w:t>
      </w:r>
      <w:proofErr w:type="spellEnd"/>
      <w:r>
        <w:t xml:space="preserve"> a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placení</w:t>
      </w:r>
      <w:proofErr w:type="spellEnd"/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43"/>
        <w:gridCol w:w="5043"/>
      </w:tblGrid>
      <w:tr w:rsidR="004B3BCB" w14:paraId="1BB05F46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44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Sjednaná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měsíční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úhrada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45" w14:textId="77777777" w:rsidR="004B3BCB" w:rsidRDefault="0000436C" w:rsidP="009D44E6">
            <w:pPr>
              <w:spacing w:before="60"/>
              <w:jc w:val="both"/>
            </w:pPr>
            <w:proofErr w:type="gramStart"/>
            <w:r>
              <w:rPr>
                <w:sz w:val="17"/>
              </w:rPr>
              <w:t>[ ]</w:t>
            </w:r>
            <w:proofErr w:type="gramEnd"/>
            <w:r>
              <w:rPr>
                <w:sz w:val="17"/>
              </w:rPr>
              <w:t xml:space="preserve"> 2 000 </w:t>
            </w:r>
            <w:proofErr w:type="spellStart"/>
            <w:r>
              <w:rPr>
                <w:sz w:val="17"/>
              </w:rPr>
              <w:t>Kč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měsíc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dítě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nebo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alespoň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jeden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zákonný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zástupce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trvalý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pobyt</w:t>
            </w:r>
            <w:proofErr w:type="spellEnd"/>
            <w:r>
              <w:rPr>
                <w:sz w:val="17"/>
              </w:rPr>
              <w:t xml:space="preserve"> v </w:t>
            </w:r>
            <w:proofErr w:type="spellStart"/>
            <w:r>
              <w:rPr>
                <w:sz w:val="17"/>
              </w:rPr>
              <w:t>obci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br/>
            </w:r>
            <w:proofErr w:type="gramStart"/>
            <w:r>
              <w:rPr>
                <w:sz w:val="17"/>
              </w:rPr>
              <w:t>[ ]</w:t>
            </w:r>
            <w:proofErr w:type="gramEnd"/>
            <w:r>
              <w:rPr>
                <w:sz w:val="17"/>
              </w:rPr>
              <w:t xml:space="preserve"> 3 500 </w:t>
            </w:r>
            <w:proofErr w:type="spellStart"/>
            <w:r>
              <w:rPr>
                <w:sz w:val="17"/>
              </w:rPr>
              <w:t>Kč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měsíc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dítě</w:t>
            </w:r>
            <w:proofErr w:type="spellEnd"/>
            <w:r>
              <w:rPr>
                <w:sz w:val="17"/>
              </w:rPr>
              <w:t xml:space="preserve"> ani </w:t>
            </w:r>
            <w:proofErr w:type="spellStart"/>
            <w:r>
              <w:rPr>
                <w:sz w:val="17"/>
              </w:rPr>
              <w:t>zákonný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zástupce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nemá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trvalý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pobyt</w:t>
            </w:r>
            <w:proofErr w:type="spellEnd"/>
            <w:r>
              <w:rPr>
                <w:sz w:val="17"/>
              </w:rPr>
              <w:t xml:space="preserve"> v </w:t>
            </w:r>
            <w:proofErr w:type="spellStart"/>
            <w:r>
              <w:rPr>
                <w:sz w:val="17"/>
              </w:rPr>
              <w:t>obci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br/>
            </w:r>
            <w:proofErr w:type="gramStart"/>
            <w:r>
              <w:rPr>
                <w:sz w:val="17"/>
              </w:rPr>
              <w:t>[ ]</w:t>
            </w:r>
            <w:proofErr w:type="gram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individuální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úhrada</w:t>
            </w:r>
            <w:proofErr w:type="spellEnd"/>
            <w:r>
              <w:rPr>
                <w:sz w:val="17"/>
              </w:rPr>
              <w:t xml:space="preserve">: ................ </w:t>
            </w:r>
            <w:proofErr w:type="spellStart"/>
            <w:r>
              <w:rPr>
                <w:sz w:val="17"/>
              </w:rPr>
              <w:t>Kč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měsíc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stanovená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základě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individuálního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posouzení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ředitelem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příspěvkové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organizace</w:t>
            </w:r>
            <w:proofErr w:type="spellEnd"/>
          </w:p>
        </w:tc>
      </w:tr>
      <w:tr w:rsidR="004B3BCB" w14:paraId="1BB05F49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47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Podklad</w:t>
            </w:r>
            <w:proofErr w:type="spellEnd"/>
            <w:r>
              <w:rPr>
                <w:b/>
                <w:sz w:val="17"/>
              </w:rPr>
              <w:t xml:space="preserve"> pro </w:t>
            </w:r>
            <w:proofErr w:type="spellStart"/>
            <w:r>
              <w:rPr>
                <w:b/>
                <w:sz w:val="17"/>
              </w:rPr>
              <w:t>úhradu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48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Ceník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úhrady</w:t>
            </w:r>
            <w:proofErr w:type="spellEnd"/>
            <w:r>
              <w:rPr>
                <w:sz w:val="17"/>
              </w:rPr>
              <w:t xml:space="preserve"> za </w:t>
            </w:r>
            <w:proofErr w:type="spellStart"/>
            <w:r>
              <w:rPr>
                <w:sz w:val="17"/>
              </w:rPr>
              <w:t>poskytování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služby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péče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dítě</w:t>
            </w:r>
            <w:proofErr w:type="spellEnd"/>
            <w:r>
              <w:rPr>
                <w:sz w:val="17"/>
              </w:rPr>
              <w:t xml:space="preserve"> v </w:t>
            </w:r>
            <w:proofErr w:type="spellStart"/>
            <w:r>
              <w:rPr>
                <w:sz w:val="17"/>
              </w:rPr>
              <w:t>dětských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skupinách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Včeličky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Medvídci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schválený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Radou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obce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B3BCB" w14:paraId="1BB05F4C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4A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Splatnost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4B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měsíčně</w:t>
            </w:r>
            <w:proofErr w:type="spellEnd"/>
            <w:r>
              <w:rPr>
                <w:sz w:val="17"/>
              </w:rPr>
              <w:t xml:space="preserve"> vždy do ............ </w:t>
            </w:r>
            <w:proofErr w:type="spellStart"/>
            <w:r>
              <w:rPr>
                <w:sz w:val="17"/>
              </w:rPr>
              <w:t>dne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příslušného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kalendářního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měsíce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podle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vystaveného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předpisu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platby</w:t>
            </w:r>
            <w:proofErr w:type="spellEnd"/>
          </w:p>
        </w:tc>
      </w:tr>
      <w:tr w:rsidR="004B3BCB" w14:paraId="1BB05F4F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4D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Způsob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úhrady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4E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bezhotovostním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převodem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účet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poskytovatele</w:t>
            </w:r>
            <w:proofErr w:type="spellEnd"/>
            <w:r>
              <w:rPr>
                <w:sz w:val="17"/>
              </w:rPr>
              <w:t xml:space="preserve"> č. ................................ / </w:t>
            </w:r>
            <w:proofErr w:type="spellStart"/>
            <w:r>
              <w:rPr>
                <w:sz w:val="17"/>
              </w:rPr>
              <w:t>kód</w:t>
            </w:r>
            <w:proofErr w:type="spellEnd"/>
            <w:r>
              <w:rPr>
                <w:sz w:val="17"/>
              </w:rPr>
              <w:t xml:space="preserve"> banky ............, </w:t>
            </w:r>
            <w:proofErr w:type="spellStart"/>
            <w:r>
              <w:rPr>
                <w:sz w:val="17"/>
              </w:rPr>
              <w:t>variabilní</w:t>
            </w:r>
            <w:proofErr w:type="spellEnd"/>
            <w:r>
              <w:rPr>
                <w:sz w:val="17"/>
              </w:rPr>
              <w:t xml:space="preserve"> symbol: ................................</w:t>
            </w:r>
          </w:p>
        </w:tc>
      </w:tr>
      <w:tr w:rsidR="004B3BCB" w14:paraId="1BB05F52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50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Povaha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úhrady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51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Úhrada</w:t>
            </w:r>
            <w:proofErr w:type="spellEnd"/>
            <w:r>
              <w:rPr>
                <w:sz w:val="17"/>
              </w:rPr>
              <w:t xml:space="preserve"> je </w:t>
            </w:r>
            <w:proofErr w:type="spellStart"/>
            <w:r>
              <w:rPr>
                <w:sz w:val="17"/>
              </w:rPr>
              <w:t>sjednána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jako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měsíční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úhrada</w:t>
            </w:r>
            <w:proofErr w:type="spellEnd"/>
            <w:r>
              <w:rPr>
                <w:sz w:val="17"/>
              </w:rPr>
              <w:t xml:space="preserve"> za </w:t>
            </w:r>
            <w:proofErr w:type="spellStart"/>
            <w:r>
              <w:rPr>
                <w:sz w:val="17"/>
              </w:rPr>
              <w:t>sjednaný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rozsah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poskytování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služby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péče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dítě</w:t>
            </w:r>
            <w:proofErr w:type="spellEnd"/>
            <w:r>
              <w:rPr>
                <w:sz w:val="17"/>
              </w:rPr>
              <w:t xml:space="preserve"> a za </w:t>
            </w:r>
            <w:proofErr w:type="spellStart"/>
            <w:r>
              <w:rPr>
                <w:sz w:val="17"/>
              </w:rPr>
              <w:t>obsazení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kapacitního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místa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dítětem</w:t>
            </w:r>
            <w:proofErr w:type="spellEnd"/>
            <w:r>
              <w:rPr>
                <w:sz w:val="17"/>
              </w:rPr>
              <w:t xml:space="preserve">. </w:t>
            </w:r>
            <w:proofErr w:type="spellStart"/>
            <w:r>
              <w:rPr>
                <w:sz w:val="17"/>
              </w:rPr>
              <w:t>Smlouva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nezakládá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pouze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rezervaci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místa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rodič</w:t>
            </w:r>
            <w:proofErr w:type="spellEnd"/>
            <w:r>
              <w:rPr>
                <w:sz w:val="17"/>
              </w:rPr>
              <w:t xml:space="preserve"> se </w:t>
            </w:r>
            <w:proofErr w:type="spellStart"/>
            <w:r>
              <w:rPr>
                <w:sz w:val="17"/>
              </w:rPr>
              <w:t>zavazuje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zajistit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docházku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dítěte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sjednaném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rozsahu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není</w:t>
            </w:r>
            <w:proofErr w:type="spellEnd"/>
            <w:r>
              <w:rPr>
                <w:sz w:val="17"/>
              </w:rPr>
              <w:t xml:space="preserve">-li </w:t>
            </w:r>
            <w:proofErr w:type="spellStart"/>
            <w:r>
              <w:rPr>
                <w:sz w:val="17"/>
              </w:rPr>
              <w:t>dítě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řádně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omluveno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4B3BCB" w14:paraId="1BB05F55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53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Nepřítomnost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dítěte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54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Nepřítomnost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dítěte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nezakládá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nárok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vrácení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nebo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snížení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měsíční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úhrady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není</w:t>
            </w:r>
            <w:proofErr w:type="spellEnd"/>
            <w:r>
              <w:rPr>
                <w:sz w:val="17"/>
              </w:rPr>
              <w:t xml:space="preserve">-li v </w:t>
            </w:r>
            <w:proofErr w:type="spellStart"/>
            <w:r>
              <w:rPr>
                <w:sz w:val="17"/>
              </w:rPr>
              <w:t>ceníku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vnitřních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pravidlech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nebo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písemné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dohodě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stran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stanoveno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jinak</w:t>
            </w:r>
            <w:proofErr w:type="spellEnd"/>
            <w:r>
              <w:rPr>
                <w:sz w:val="17"/>
              </w:rPr>
              <w:t xml:space="preserve">. </w:t>
            </w:r>
            <w:proofErr w:type="spellStart"/>
            <w:r>
              <w:rPr>
                <w:sz w:val="17"/>
              </w:rPr>
              <w:t>Stravné</w:t>
            </w:r>
            <w:proofErr w:type="spellEnd"/>
            <w:r>
              <w:rPr>
                <w:sz w:val="17"/>
              </w:rPr>
              <w:t xml:space="preserve"> se </w:t>
            </w:r>
            <w:proofErr w:type="spellStart"/>
            <w:r>
              <w:rPr>
                <w:sz w:val="17"/>
              </w:rPr>
              <w:t>řídí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odlišně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podle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čl</w:t>
            </w:r>
            <w:proofErr w:type="spellEnd"/>
            <w:r>
              <w:rPr>
                <w:sz w:val="17"/>
              </w:rPr>
              <w:t>. 6.</w:t>
            </w:r>
          </w:p>
        </w:tc>
      </w:tr>
      <w:tr w:rsidR="004B3BCB" w14:paraId="1BB05F58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56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Mimořádné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akce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05F57" w14:textId="77777777" w:rsidR="004B3BCB" w:rsidRDefault="0000436C" w:rsidP="009D44E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Mimořádné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akce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nad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rámec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běžné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péče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plánu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výchovy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péče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mohou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být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hrazeny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samostatně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pouze</w:t>
            </w:r>
            <w:proofErr w:type="spellEnd"/>
            <w:r>
              <w:rPr>
                <w:sz w:val="17"/>
              </w:rPr>
              <w:t xml:space="preserve"> po </w:t>
            </w:r>
            <w:proofErr w:type="spellStart"/>
            <w:r>
              <w:rPr>
                <w:sz w:val="17"/>
              </w:rPr>
              <w:t>předchozím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informování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rodiče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účast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dítěte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takové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akci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nesmí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být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podmínkou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dostupnosti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služby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1BB05F59" w14:textId="77777777" w:rsidR="004B3BCB" w:rsidRDefault="0000436C" w:rsidP="009D44E6">
      <w:pPr>
        <w:pStyle w:val="Nadpis1"/>
        <w:spacing w:before="60"/>
        <w:jc w:val="both"/>
      </w:pPr>
      <w:r>
        <w:t xml:space="preserve">6. </w:t>
      </w:r>
      <w:proofErr w:type="spellStart"/>
      <w:r>
        <w:t>Stravování</w:t>
      </w:r>
      <w:proofErr w:type="spellEnd"/>
      <w:r>
        <w:t xml:space="preserve"> a </w:t>
      </w:r>
      <w:proofErr w:type="spellStart"/>
      <w:r>
        <w:t>pitný</w:t>
      </w:r>
      <w:proofErr w:type="spellEnd"/>
      <w:r>
        <w:t xml:space="preserve"> </w:t>
      </w:r>
      <w:proofErr w:type="spellStart"/>
      <w:r>
        <w:t>režim</w:t>
      </w:r>
      <w:proofErr w:type="spellEnd"/>
    </w:p>
    <w:p w14:paraId="1BB05F5A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Stravování</w:t>
      </w:r>
      <w:proofErr w:type="spellEnd"/>
      <w:r>
        <w:t xml:space="preserve"> je </w:t>
      </w:r>
      <w:proofErr w:type="spellStart"/>
      <w:r>
        <w:t>zajištěno</w:t>
      </w:r>
      <w:proofErr w:type="spellEnd"/>
      <w:r>
        <w:t xml:space="preserve"> </w:t>
      </w:r>
      <w:proofErr w:type="spellStart"/>
      <w:r>
        <w:t>formou</w:t>
      </w:r>
      <w:proofErr w:type="spellEnd"/>
      <w:r>
        <w:t xml:space="preserve"> </w:t>
      </w:r>
      <w:proofErr w:type="spellStart"/>
      <w:r>
        <w:t>dovozu</w:t>
      </w:r>
      <w:proofErr w:type="spellEnd"/>
      <w:r>
        <w:t xml:space="preserve"> </w:t>
      </w:r>
      <w:proofErr w:type="spellStart"/>
      <w:r>
        <w:t>hotových</w:t>
      </w:r>
      <w:proofErr w:type="spellEnd"/>
      <w:r>
        <w:t xml:space="preserve"> </w:t>
      </w:r>
      <w:proofErr w:type="spellStart"/>
      <w:r>
        <w:t>jídel</w:t>
      </w:r>
      <w:proofErr w:type="spellEnd"/>
      <w:r>
        <w:t xml:space="preserve"> z </w:t>
      </w:r>
      <w:proofErr w:type="spellStart"/>
      <w:r>
        <w:t>mateřské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. </w:t>
      </w:r>
      <w:proofErr w:type="spellStart"/>
      <w:r>
        <w:t>Dětem</w:t>
      </w:r>
      <w:proofErr w:type="spellEnd"/>
      <w:r>
        <w:t xml:space="preserve"> je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 </w:t>
      </w:r>
      <w:proofErr w:type="spellStart"/>
      <w:r>
        <w:t>poskytována</w:t>
      </w:r>
      <w:proofErr w:type="spellEnd"/>
      <w:r>
        <w:t xml:space="preserve"> </w:t>
      </w:r>
      <w:proofErr w:type="spellStart"/>
      <w:r>
        <w:t>strava</w:t>
      </w:r>
      <w:proofErr w:type="spellEnd"/>
      <w:r>
        <w:t xml:space="preserve"> a </w:t>
      </w:r>
      <w:proofErr w:type="spellStart"/>
      <w:r>
        <w:t>pitný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</w:t>
      </w:r>
      <w:proofErr w:type="spellStart"/>
      <w:r>
        <w:t>odpovídající</w:t>
      </w:r>
      <w:proofErr w:type="spellEnd"/>
      <w:r>
        <w:t xml:space="preserve"> </w:t>
      </w:r>
      <w:proofErr w:type="spellStart"/>
      <w:r>
        <w:t>věku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, </w:t>
      </w:r>
      <w:proofErr w:type="spellStart"/>
      <w:r>
        <w:t>délce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a </w:t>
      </w:r>
      <w:proofErr w:type="spellStart"/>
      <w:r>
        <w:t>platným</w:t>
      </w:r>
      <w:proofErr w:type="spellEnd"/>
      <w:r>
        <w:t xml:space="preserve"> </w:t>
      </w:r>
      <w:proofErr w:type="spellStart"/>
      <w:r>
        <w:t>hygienickým</w:t>
      </w:r>
      <w:proofErr w:type="spellEnd"/>
      <w:r>
        <w:t xml:space="preserve"> a </w:t>
      </w:r>
      <w:proofErr w:type="spellStart"/>
      <w:r>
        <w:t>výživovým</w:t>
      </w:r>
      <w:proofErr w:type="spellEnd"/>
      <w:r>
        <w:t xml:space="preserve"> </w:t>
      </w:r>
      <w:proofErr w:type="spellStart"/>
      <w:r>
        <w:t>požadavkům</w:t>
      </w:r>
      <w:proofErr w:type="spellEnd"/>
      <w:r>
        <w:t>.</w:t>
      </w:r>
    </w:p>
    <w:p w14:paraId="1BB05F5B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Stravné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součástí</w:t>
      </w:r>
      <w:proofErr w:type="spellEnd"/>
      <w:r>
        <w:t xml:space="preserve"> </w:t>
      </w:r>
      <w:proofErr w:type="spellStart"/>
      <w:r>
        <w:t>měsíční</w:t>
      </w:r>
      <w:proofErr w:type="spellEnd"/>
      <w:r>
        <w:t xml:space="preserve"> </w:t>
      </w:r>
      <w:proofErr w:type="spellStart"/>
      <w:r>
        <w:t>úhrady</w:t>
      </w:r>
      <w:proofErr w:type="spellEnd"/>
      <w:r>
        <w:t xml:space="preserve"> za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</w:t>
      </w:r>
      <w:proofErr w:type="spellStart"/>
      <w:r>
        <w:t>dítě</w:t>
      </w:r>
      <w:proofErr w:type="spellEnd"/>
      <w:r>
        <w:t xml:space="preserve"> a </w:t>
      </w:r>
      <w:proofErr w:type="spellStart"/>
      <w:r>
        <w:t>hradí</w:t>
      </w:r>
      <w:proofErr w:type="spellEnd"/>
      <w:r>
        <w:t xml:space="preserve"> se </w:t>
      </w:r>
      <w:proofErr w:type="spellStart"/>
      <w:r>
        <w:t>samostatně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skutečně</w:t>
      </w:r>
      <w:proofErr w:type="spellEnd"/>
      <w:r>
        <w:t xml:space="preserve"> </w:t>
      </w:r>
      <w:proofErr w:type="spellStart"/>
      <w:r>
        <w:t>objednané</w:t>
      </w:r>
      <w:proofErr w:type="spellEnd"/>
      <w:r>
        <w:t xml:space="preserve"> a </w:t>
      </w:r>
      <w:proofErr w:type="spellStart"/>
      <w:r>
        <w:t>poskytnuté</w:t>
      </w:r>
      <w:proofErr w:type="spellEnd"/>
      <w:r>
        <w:t xml:space="preserve"> </w:t>
      </w:r>
      <w:proofErr w:type="spellStart"/>
      <w:r>
        <w:t>stravy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 </w:t>
      </w:r>
      <w:proofErr w:type="spellStart"/>
      <w:r>
        <w:t>aktuálním</w:t>
      </w:r>
      <w:proofErr w:type="spellEnd"/>
      <w:r>
        <w:t xml:space="preserve"> </w:t>
      </w:r>
      <w:proofErr w:type="spellStart"/>
      <w:r>
        <w:t>ceníkem</w:t>
      </w:r>
      <w:proofErr w:type="spellEnd"/>
      <w:r>
        <w:t xml:space="preserve"> </w:t>
      </w:r>
      <w:proofErr w:type="spellStart"/>
      <w:r>
        <w:t>poskytovatele</w:t>
      </w:r>
      <w:proofErr w:type="spellEnd"/>
      <w:r>
        <w:t>.</w:t>
      </w:r>
    </w:p>
    <w:p w14:paraId="1BB05F5C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lastRenderedPageBreak/>
        <w:t xml:space="preserve">• </w:t>
      </w:r>
      <w:proofErr w:type="spellStart"/>
      <w:r>
        <w:t>Nepřítomnost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odhlášení</w:t>
      </w:r>
      <w:proofErr w:type="spellEnd"/>
      <w:r>
        <w:t xml:space="preserve"> </w:t>
      </w:r>
      <w:proofErr w:type="spellStart"/>
      <w:r>
        <w:t>stravy</w:t>
      </w:r>
      <w:proofErr w:type="spellEnd"/>
      <w:r>
        <w:t xml:space="preserve"> je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nahlásit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do 8:00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daného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 </w:t>
      </w:r>
      <w:proofErr w:type="spellStart"/>
      <w:r>
        <w:t>prostřednictvím</w:t>
      </w:r>
      <w:proofErr w:type="spellEnd"/>
      <w:r>
        <w:t xml:space="preserve"> </w:t>
      </w:r>
      <w:proofErr w:type="spellStart"/>
      <w:r>
        <w:t>komunikační</w:t>
      </w:r>
      <w:proofErr w:type="spellEnd"/>
      <w:r>
        <w:t xml:space="preserve"> </w:t>
      </w:r>
      <w:proofErr w:type="spellStart"/>
      <w:r>
        <w:t>aplikace</w:t>
      </w:r>
      <w:proofErr w:type="spellEnd"/>
      <w:r>
        <w:t xml:space="preserve">, </w:t>
      </w:r>
      <w:proofErr w:type="spellStart"/>
      <w:r>
        <w:t>telefonicky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jiným</w:t>
      </w:r>
      <w:proofErr w:type="spellEnd"/>
      <w:r>
        <w:t xml:space="preserve"> </w:t>
      </w:r>
      <w:proofErr w:type="spellStart"/>
      <w:r>
        <w:t>poskytovatelem</w:t>
      </w:r>
      <w:proofErr w:type="spellEnd"/>
      <w:r>
        <w:t xml:space="preserve"> </w:t>
      </w:r>
      <w:proofErr w:type="spellStart"/>
      <w:r>
        <w:t>určeným</w:t>
      </w:r>
      <w:proofErr w:type="spellEnd"/>
      <w:r>
        <w:t xml:space="preserve"> </w:t>
      </w:r>
      <w:proofErr w:type="spellStart"/>
      <w:r>
        <w:t>způsobem</w:t>
      </w:r>
      <w:proofErr w:type="spellEnd"/>
      <w:r>
        <w:t xml:space="preserve">. Při </w:t>
      </w:r>
      <w:proofErr w:type="spellStart"/>
      <w:r>
        <w:t>včasném</w:t>
      </w:r>
      <w:proofErr w:type="spellEnd"/>
      <w:r>
        <w:t xml:space="preserve"> </w:t>
      </w:r>
      <w:proofErr w:type="spellStart"/>
      <w:r>
        <w:t>odhlášení</w:t>
      </w:r>
      <w:proofErr w:type="spellEnd"/>
      <w:r>
        <w:t xml:space="preserve"> se </w:t>
      </w:r>
      <w:proofErr w:type="spellStart"/>
      <w:r>
        <w:t>stravné</w:t>
      </w:r>
      <w:proofErr w:type="spellEnd"/>
      <w:r>
        <w:t xml:space="preserve"> </w:t>
      </w:r>
      <w:proofErr w:type="spellStart"/>
      <w:r>
        <w:t>neúčtuje</w:t>
      </w:r>
      <w:proofErr w:type="spellEnd"/>
      <w:r>
        <w:t xml:space="preserve">;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pozdním</w:t>
      </w:r>
      <w:proofErr w:type="spellEnd"/>
      <w:r>
        <w:t xml:space="preserve"> </w:t>
      </w:r>
      <w:proofErr w:type="spellStart"/>
      <w:r>
        <w:t>odhlášení</w:t>
      </w:r>
      <w:proofErr w:type="spellEnd"/>
      <w:r>
        <w:t xml:space="preserve"> je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stravné</w:t>
      </w:r>
      <w:proofErr w:type="spellEnd"/>
      <w:r>
        <w:t xml:space="preserve"> </w:t>
      </w:r>
      <w:proofErr w:type="spellStart"/>
      <w:r>
        <w:t>uhradit</w:t>
      </w:r>
      <w:proofErr w:type="spellEnd"/>
      <w:r>
        <w:t>.</w:t>
      </w:r>
    </w:p>
    <w:p w14:paraId="1BB05F5D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standardně</w:t>
      </w:r>
      <w:proofErr w:type="spellEnd"/>
      <w:r>
        <w:t xml:space="preserve"> </w:t>
      </w:r>
      <w:proofErr w:type="spellStart"/>
      <w:r>
        <w:t>nezajišťuje</w:t>
      </w:r>
      <w:proofErr w:type="spellEnd"/>
      <w:r>
        <w:t xml:space="preserve"> </w:t>
      </w:r>
      <w:proofErr w:type="spellStart"/>
      <w:r>
        <w:t>dietní</w:t>
      </w:r>
      <w:proofErr w:type="spellEnd"/>
      <w:r>
        <w:t xml:space="preserve"> </w:t>
      </w:r>
      <w:proofErr w:type="spellStart"/>
      <w:r>
        <w:t>stravování</w:t>
      </w:r>
      <w:proofErr w:type="spellEnd"/>
      <w:r>
        <w:t xml:space="preserve">. </w:t>
      </w:r>
      <w:proofErr w:type="spellStart"/>
      <w:r>
        <w:t>Dietní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individuální</w:t>
      </w:r>
      <w:proofErr w:type="spellEnd"/>
      <w:r>
        <w:t xml:space="preserve"> </w:t>
      </w:r>
      <w:proofErr w:type="spellStart"/>
      <w:r>
        <w:t>stravování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řešit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po </w:t>
      </w:r>
      <w:proofErr w:type="spellStart"/>
      <w:r>
        <w:t>předchozí</w:t>
      </w:r>
      <w:proofErr w:type="spellEnd"/>
      <w:r>
        <w:t xml:space="preserve"> </w:t>
      </w:r>
      <w:proofErr w:type="spellStart"/>
      <w:r>
        <w:t>písemné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a v </w:t>
      </w:r>
      <w:proofErr w:type="spellStart"/>
      <w:r>
        <w:t>souladu</w:t>
      </w:r>
      <w:proofErr w:type="spellEnd"/>
      <w:r>
        <w:t xml:space="preserve"> s </w:t>
      </w:r>
      <w:proofErr w:type="spellStart"/>
      <w:r>
        <w:t>provozními</w:t>
      </w:r>
      <w:proofErr w:type="spellEnd"/>
      <w:r>
        <w:t xml:space="preserve"> a </w:t>
      </w:r>
      <w:proofErr w:type="spellStart"/>
      <w:r>
        <w:t>hygienickými</w:t>
      </w:r>
      <w:proofErr w:type="spellEnd"/>
      <w:r>
        <w:t xml:space="preserve"> </w:t>
      </w:r>
      <w:proofErr w:type="spellStart"/>
      <w:r>
        <w:t>možnostmi</w:t>
      </w:r>
      <w:proofErr w:type="spellEnd"/>
      <w:r>
        <w:t xml:space="preserve"> </w:t>
      </w:r>
      <w:proofErr w:type="spellStart"/>
      <w:r>
        <w:t>zařízení</w:t>
      </w:r>
      <w:proofErr w:type="spellEnd"/>
      <w:r>
        <w:t xml:space="preserve">; </w:t>
      </w:r>
      <w:proofErr w:type="spellStart"/>
      <w:r>
        <w:t>zdravotní</w:t>
      </w:r>
      <w:proofErr w:type="spellEnd"/>
      <w:r>
        <w:t xml:space="preserve"> </w:t>
      </w:r>
      <w:proofErr w:type="spellStart"/>
      <w:r>
        <w:t>důvody</w:t>
      </w:r>
      <w:proofErr w:type="spellEnd"/>
      <w:r>
        <w:t xml:space="preserve"> je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doložit</w:t>
      </w:r>
      <w:proofErr w:type="spellEnd"/>
      <w:r>
        <w:t xml:space="preserve"> </w:t>
      </w:r>
      <w:proofErr w:type="spellStart"/>
      <w:r>
        <w:t>lékařským</w:t>
      </w:r>
      <w:proofErr w:type="spellEnd"/>
      <w:r>
        <w:t xml:space="preserve"> </w:t>
      </w:r>
      <w:proofErr w:type="spellStart"/>
      <w:r>
        <w:t>potvrzením</w:t>
      </w:r>
      <w:proofErr w:type="spellEnd"/>
      <w:r>
        <w:t xml:space="preserve">, </w:t>
      </w:r>
      <w:proofErr w:type="spellStart"/>
      <w:r>
        <w:t>vyžaduje</w:t>
      </w:r>
      <w:proofErr w:type="spellEnd"/>
      <w:r>
        <w:t xml:space="preserve">-li to </w:t>
      </w:r>
      <w:proofErr w:type="spellStart"/>
      <w:r>
        <w:t>povaha</w:t>
      </w:r>
      <w:proofErr w:type="spellEnd"/>
      <w:r>
        <w:t xml:space="preserve"> </w:t>
      </w:r>
      <w:proofErr w:type="spellStart"/>
      <w:r>
        <w:t>omezení</w:t>
      </w:r>
      <w:proofErr w:type="spellEnd"/>
      <w:r>
        <w:t>.</w:t>
      </w:r>
    </w:p>
    <w:p w14:paraId="1BB05F5E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r>
        <w:t xml:space="preserve">Je-li po </w:t>
      </w:r>
      <w:proofErr w:type="spellStart"/>
      <w:r>
        <w:t>dohodě</w:t>
      </w:r>
      <w:proofErr w:type="spellEnd"/>
      <w:r>
        <w:t xml:space="preserve"> </w:t>
      </w:r>
      <w:proofErr w:type="spellStart"/>
      <w:r>
        <w:t>zajišťována</w:t>
      </w:r>
      <w:proofErr w:type="spellEnd"/>
      <w:r>
        <w:t xml:space="preserve"> </w:t>
      </w:r>
      <w:proofErr w:type="spellStart"/>
      <w:r>
        <w:t>vlastní</w:t>
      </w:r>
      <w:proofErr w:type="spellEnd"/>
      <w:r>
        <w:t xml:space="preserve"> </w:t>
      </w:r>
      <w:proofErr w:type="spellStart"/>
      <w:r>
        <w:t>strava</w:t>
      </w:r>
      <w:proofErr w:type="spellEnd"/>
      <w:r>
        <w:t xml:space="preserve"> z </w:t>
      </w:r>
      <w:proofErr w:type="spellStart"/>
      <w:r>
        <w:t>domova</w:t>
      </w:r>
      <w:proofErr w:type="spellEnd"/>
      <w:r>
        <w:t xml:space="preserve">,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odpovídá</w:t>
      </w:r>
      <w:proofErr w:type="spellEnd"/>
      <w:r>
        <w:t xml:space="preserve"> za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zdravotní</w:t>
      </w:r>
      <w:proofErr w:type="spellEnd"/>
      <w:r>
        <w:t xml:space="preserve"> </w:t>
      </w:r>
      <w:proofErr w:type="spellStart"/>
      <w:r>
        <w:t>nezávadnost</w:t>
      </w:r>
      <w:proofErr w:type="spellEnd"/>
      <w:r>
        <w:t xml:space="preserve">, </w:t>
      </w:r>
      <w:proofErr w:type="spellStart"/>
      <w:r>
        <w:t>správné</w:t>
      </w:r>
      <w:proofErr w:type="spellEnd"/>
      <w:r>
        <w:t xml:space="preserve"> </w:t>
      </w:r>
      <w:proofErr w:type="spellStart"/>
      <w:r>
        <w:t>označení</w:t>
      </w:r>
      <w:proofErr w:type="spellEnd"/>
      <w:r>
        <w:t xml:space="preserve"> a </w:t>
      </w:r>
      <w:proofErr w:type="spellStart"/>
      <w:r>
        <w:t>bezpečné</w:t>
      </w:r>
      <w:proofErr w:type="spellEnd"/>
      <w:r>
        <w:t xml:space="preserve"> </w:t>
      </w:r>
      <w:proofErr w:type="spellStart"/>
      <w:r>
        <w:t>zabalení</w:t>
      </w:r>
      <w:proofErr w:type="spellEnd"/>
      <w:r>
        <w:t xml:space="preserve">;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zajistí</w:t>
      </w:r>
      <w:proofErr w:type="spellEnd"/>
      <w:r>
        <w:t xml:space="preserve">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uchování</w:t>
      </w:r>
      <w:proofErr w:type="spellEnd"/>
      <w:r>
        <w:t xml:space="preserve">, </w:t>
      </w:r>
      <w:proofErr w:type="spellStart"/>
      <w:r>
        <w:t>případný</w:t>
      </w:r>
      <w:proofErr w:type="spellEnd"/>
      <w:r>
        <w:t xml:space="preserve"> </w:t>
      </w:r>
      <w:proofErr w:type="spellStart"/>
      <w:r>
        <w:t>ohřev</w:t>
      </w:r>
      <w:proofErr w:type="spellEnd"/>
      <w:r>
        <w:t xml:space="preserve"> a </w:t>
      </w:r>
      <w:proofErr w:type="spellStart"/>
      <w:r>
        <w:t>podání</w:t>
      </w:r>
      <w:proofErr w:type="spellEnd"/>
      <w:r>
        <w:t xml:space="preserve"> </w:t>
      </w:r>
      <w:proofErr w:type="spellStart"/>
      <w:r>
        <w:t>dítěti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 </w:t>
      </w:r>
      <w:proofErr w:type="spellStart"/>
      <w:r>
        <w:t>požadavky</w:t>
      </w:r>
      <w:proofErr w:type="spellEnd"/>
      <w:r>
        <w:t xml:space="preserve"> </w:t>
      </w:r>
      <w:proofErr w:type="spellStart"/>
      <w:r>
        <w:t>správné</w:t>
      </w:r>
      <w:proofErr w:type="spellEnd"/>
      <w:r>
        <w:t xml:space="preserve"> </w:t>
      </w:r>
      <w:proofErr w:type="spellStart"/>
      <w:r>
        <w:t>hygienické</w:t>
      </w:r>
      <w:proofErr w:type="spellEnd"/>
      <w:r>
        <w:t xml:space="preserve"> </w:t>
      </w:r>
      <w:proofErr w:type="spellStart"/>
      <w:r>
        <w:t>praxe</w:t>
      </w:r>
      <w:proofErr w:type="spellEnd"/>
      <w:r>
        <w:t>.</w:t>
      </w:r>
    </w:p>
    <w:p w14:paraId="1BB05F5F" w14:textId="77777777" w:rsidR="004B3BCB" w:rsidRDefault="0000436C" w:rsidP="009D44E6">
      <w:pPr>
        <w:pStyle w:val="Nadpis1"/>
        <w:spacing w:before="60"/>
        <w:jc w:val="both"/>
      </w:pPr>
      <w:r>
        <w:t xml:space="preserve">7. </w:t>
      </w:r>
      <w:proofErr w:type="spellStart"/>
      <w:r>
        <w:t>Doklady</w:t>
      </w:r>
      <w:proofErr w:type="spellEnd"/>
      <w:r>
        <w:t xml:space="preserve">, evidence a </w:t>
      </w:r>
      <w:proofErr w:type="spellStart"/>
      <w:r>
        <w:t>státní</w:t>
      </w:r>
      <w:proofErr w:type="spellEnd"/>
      <w:r>
        <w:t xml:space="preserve"> </w:t>
      </w:r>
      <w:proofErr w:type="spellStart"/>
      <w:r>
        <w:t>příspěvek</w:t>
      </w:r>
      <w:proofErr w:type="spellEnd"/>
    </w:p>
    <w:p w14:paraId="1BB05F60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čerpá</w:t>
      </w:r>
      <w:proofErr w:type="spellEnd"/>
      <w:r>
        <w:t xml:space="preserve"> </w:t>
      </w:r>
      <w:proofErr w:type="spellStart"/>
      <w:r>
        <w:t>státní</w:t>
      </w:r>
      <w:proofErr w:type="spellEnd"/>
      <w:r>
        <w:t xml:space="preserve"> </w:t>
      </w:r>
      <w:proofErr w:type="spellStart"/>
      <w:r>
        <w:t>příspěvek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provoz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platných</w:t>
      </w:r>
      <w:proofErr w:type="spellEnd"/>
      <w:r>
        <w:t xml:space="preserve"> </w:t>
      </w:r>
      <w:proofErr w:type="spellStart"/>
      <w:r>
        <w:t>právních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 xml:space="preserve">.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vědomí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smlouva</w:t>
      </w:r>
      <w:proofErr w:type="spellEnd"/>
      <w:r>
        <w:t xml:space="preserve"> a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smlouvě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podkladem</w:t>
      </w:r>
      <w:proofErr w:type="spellEnd"/>
      <w:r>
        <w:t xml:space="preserve"> pro </w:t>
      </w:r>
      <w:proofErr w:type="spellStart"/>
      <w:r>
        <w:t>prokazování</w:t>
      </w:r>
      <w:proofErr w:type="spellEnd"/>
      <w:r>
        <w:t xml:space="preserve"> </w:t>
      </w:r>
      <w:proofErr w:type="spellStart"/>
      <w:r>
        <w:t>obsazenosti</w:t>
      </w:r>
      <w:proofErr w:type="spellEnd"/>
      <w:r>
        <w:t xml:space="preserve"> </w:t>
      </w:r>
      <w:proofErr w:type="spellStart"/>
      <w:r>
        <w:t>kapacitního</w:t>
      </w:r>
      <w:proofErr w:type="spellEnd"/>
      <w:r>
        <w:t xml:space="preserve"> </w:t>
      </w:r>
      <w:proofErr w:type="spellStart"/>
      <w:r>
        <w:t>místa</w:t>
      </w:r>
      <w:proofErr w:type="spellEnd"/>
      <w:r>
        <w:t xml:space="preserve"> a pro </w:t>
      </w:r>
      <w:proofErr w:type="spellStart"/>
      <w:r>
        <w:t>čerpání</w:t>
      </w:r>
      <w:proofErr w:type="spellEnd"/>
      <w:r>
        <w:t xml:space="preserve"> </w:t>
      </w:r>
      <w:proofErr w:type="spellStart"/>
      <w:r>
        <w:t>státního</w:t>
      </w:r>
      <w:proofErr w:type="spellEnd"/>
      <w:r>
        <w:t xml:space="preserve"> </w:t>
      </w:r>
      <w:proofErr w:type="spellStart"/>
      <w:r>
        <w:t>příspěvku</w:t>
      </w:r>
      <w:proofErr w:type="spellEnd"/>
      <w:r>
        <w:t>.</w:t>
      </w:r>
    </w:p>
    <w:p w14:paraId="1BB05F61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potvrzuje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je </w:t>
      </w:r>
      <w:proofErr w:type="spellStart"/>
      <w:r>
        <w:t>vědom</w:t>
      </w:r>
      <w:proofErr w:type="spellEnd"/>
      <w:r>
        <w:t xml:space="preserve"> </w:t>
      </w:r>
      <w:proofErr w:type="spellStart"/>
      <w:r>
        <w:t>státní</w:t>
      </w:r>
      <w:proofErr w:type="spellEnd"/>
      <w:r>
        <w:t xml:space="preserve"> </w:t>
      </w:r>
      <w:proofErr w:type="spellStart"/>
      <w:r>
        <w:t>finanční</w:t>
      </w:r>
      <w:proofErr w:type="spellEnd"/>
      <w:r>
        <w:t xml:space="preserve"> </w:t>
      </w:r>
      <w:proofErr w:type="spellStart"/>
      <w:r>
        <w:t>podpory</w:t>
      </w:r>
      <w:proofErr w:type="spellEnd"/>
      <w:r>
        <w:t xml:space="preserve"> </w:t>
      </w:r>
      <w:proofErr w:type="spellStart"/>
      <w:r>
        <w:t>poskytované</w:t>
      </w:r>
      <w:proofErr w:type="spellEnd"/>
      <w:r>
        <w:t xml:space="preserve"> k </w:t>
      </w:r>
      <w:proofErr w:type="spellStart"/>
      <w:r>
        <w:t>obsazenému</w:t>
      </w:r>
      <w:proofErr w:type="spellEnd"/>
      <w:r>
        <w:t xml:space="preserve"> </w:t>
      </w:r>
      <w:proofErr w:type="spellStart"/>
      <w:r>
        <w:t>kapacitnímu</w:t>
      </w:r>
      <w:proofErr w:type="spellEnd"/>
      <w:r>
        <w:t xml:space="preserve"> </w:t>
      </w:r>
      <w:proofErr w:type="spellStart"/>
      <w:r>
        <w:t>místu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a </w:t>
      </w:r>
      <w:proofErr w:type="spellStart"/>
      <w:r>
        <w:t>že</w:t>
      </w:r>
      <w:proofErr w:type="spellEnd"/>
      <w:r>
        <w:t xml:space="preserve"> ani on, ani </w:t>
      </w:r>
      <w:proofErr w:type="spellStart"/>
      <w:r>
        <w:t>druhý</w:t>
      </w:r>
      <w:proofErr w:type="spellEnd"/>
      <w:r>
        <w:t xml:space="preserve">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neuzavřeli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obsazení</w:t>
      </w:r>
      <w:proofErr w:type="spellEnd"/>
      <w:r>
        <w:t xml:space="preserve"> </w:t>
      </w:r>
      <w:proofErr w:type="spellStart"/>
      <w:r>
        <w:t>kapacitního</w:t>
      </w:r>
      <w:proofErr w:type="spellEnd"/>
      <w:r>
        <w:t xml:space="preserve"> </w:t>
      </w:r>
      <w:proofErr w:type="spellStart"/>
      <w:r>
        <w:t>místa</w:t>
      </w:r>
      <w:proofErr w:type="spellEnd"/>
      <w:r>
        <w:t xml:space="preserve"> v </w:t>
      </w:r>
      <w:proofErr w:type="spellStart"/>
      <w:r>
        <w:t>jiné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stejný</w:t>
      </w:r>
      <w:proofErr w:type="spellEnd"/>
      <w:r>
        <w:t xml:space="preserve"> den a </w:t>
      </w:r>
      <w:proofErr w:type="spellStart"/>
      <w:r>
        <w:t>čas</w:t>
      </w:r>
      <w:proofErr w:type="spellEnd"/>
      <w:r>
        <w:t xml:space="preserve">. </w:t>
      </w:r>
      <w:proofErr w:type="spellStart"/>
      <w:r>
        <w:t>Pokud</w:t>
      </w:r>
      <w:proofErr w:type="spellEnd"/>
      <w:r>
        <w:t xml:space="preserve"> by k </w:t>
      </w:r>
      <w:proofErr w:type="spellStart"/>
      <w:r>
        <w:t>takové</w:t>
      </w:r>
      <w:proofErr w:type="spellEnd"/>
      <w:r>
        <w:t xml:space="preserve"> </w:t>
      </w:r>
      <w:proofErr w:type="spellStart"/>
      <w:r>
        <w:t>skutečnosti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, je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ji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oznámit</w:t>
      </w:r>
      <w:proofErr w:type="spellEnd"/>
      <w:r>
        <w:t xml:space="preserve"> </w:t>
      </w:r>
      <w:proofErr w:type="spellStart"/>
      <w:r>
        <w:t>poskytovateli</w:t>
      </w:r>
      <w:proofErr w:type="spellEnd"/>
      <w:r>
        <w:t>.</w:t>
      </w:r>
    </w:p>
    <w:p w14:paraId="1BB05F62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úhrady</w:t>
      </w:r>
      <w:proofErr w:type="spellEnd"/>
      <w:r>
        <w:t xml:space="preserve"> je </w:t>
      </w:r>
      <w:proofErr w:type="spellStart"/>
      <w:r>
        <w:t>stanovena</w:t>
      </w:r>
      <w:proofErr w:type="spellEnd"/>
      <w:r>
        <w:t xml:space="preserve"> s </w:t>
      </w:r>
      <w:proofErr w:type="spellStart"/>
      <w:r>
        <w:t>ohledem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spolufinancování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příspěvkem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provoz</w:t>
      </w:r>
      <w:proofErr w:type="spellEnd"/>
      <w:r>
        <w:t xml:space="preserve"> </w:t>
      </w:r>
      <w:proofErr w:type="spellStart"/>
      <w:r>
        <w:t>dětských</w:t>
      </w:r>
      <w:proofErr w:type="spellEnd"/>
      <w:r>
        <w:t xml:space="preserve"> </w:t>
      </w:r>
      <w:proofErr w:type="spellStart"/>
      <w:r>
        <w:t>skupin</w:t>
      </w:r>
      <w:proofErr w:type="spellEnd"/>
      <w:r>
        <w:t xml:space="preserve"> ze </w:t>
      </w:r>
      <w:proofErr w:type="spellStart"/>
      <w:r>
        <w:t>státního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 a </w:t>
      </w:r>
      <w:proofErr w:type="spellStart"/>
      <w:r>
        <w:t>nesmí</w:t>
      </w:r>
      <w:proofErr w:type="spellEnd"/>
      <w:r>
        <w:t xml:space="preserve"> </w:t>
      </w:r>
      <w:proofErr w:type="spellStart"/>
      <w:r>
        <w:t>překročit</w:t>
      </w:r>
      <w:proofErr w:type="spellEnd"/>
      <w:r>
        <w:t xml:space="preserve"> </w:t>
      </w:r>
      <w:proofErr w:type="spellStart"/>
      <w:r>
        <w:t>zákonný</w:t>
      </w:r>
      <w:proofErr w:type="spellEnd"/>
      <w:r>
        <w:t xml:space="preserve"> limit </w:t>
      </w:r>
      <w:proofErr w:type="spellStart"/>
      <w:r>
        <w:t>úhrady</w:t>
      </w:r>
      <w:proofErr w:type="spellEnd"/>
      <w:r>
        <w:t xml:space="preserve">, </w:t>
      </w:r>
      <w:proofErr w:type="spellStart"/>
      <w:r>
        <w:t>pokud</w:t>
      </w:r>
      <w:proofErr w:type="spellEnd"/>
      <w:r>
        <w:t xml:space="preserve"> se </w:t>
      </w:r>
      <w:proofErr w:type="spellStart"/>
      <w:r>
        <w:t>tento</w:t>
      </w:r>
      <w:proofErr w:type="spellEnd"/>
      <w:r>
        <w:t xml:space="preserve"> limit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dané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a </w:t>
      </w:r>
      <w:proofErr w:type="spellStart"/>
      <w:r>
        <w:t>sjednaný</w:t>
      </w:r>
      <w:proofErr w:type="spellEnd"/>
      <w:r>
        <w:t xml:space="preserve"> </w:t>
      </w:r>
      <w:proofErr w:type="spellStart"/>
      <w:r>
        <w:t>rozsah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vztahuje</w:t>
      </w:r>
      <w:proofErr w:type="spellEnd"/>
      <w:r>
        <w:t>.</w:t>
      </w:r>
    </w:p>
    <w:p w14:paraId="1BB05F63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v den </w:t>
      </w:r>
      <w:proofErr w:type="spellStart"/>
      <w:r>
        <w:t>zahájení</w:t>
      </w:r>
      <w:proofErr w:type="spellEnd"/>
      <w:r>
        <w:t xml:space="preserve"> </w:t>
      </w:r>
      <w:proofErr w:type="spellStart"/>
      <w:r>
        <w:t>docházky</w:t>
      </w:r>
      <w:proofErr w:type="spellEnd"/>
      <w:r>
        <w:t xml:space="preserve"> </w:t>
      </w:r>
      <w:proofErr w:type="spellStart"/>
      <w:r>
        <w:t>doložit</w:t>
      </w:r>
      <w:proofErr w:type="spellEnd"/>
      <w:r>
        <w:t xml:space="preserve"> </w:t>
      </w:r>
      <w:proofErr w:type="spellStart"/>
      <w:r>
        <w:t>lékařský</w:t>
      </w:r>
      <w:proofErr w:type="spellEnd"/>
      <w:r>
        <w:t xml:space="preserve"> </w:t>
      </w:r>
      <w:proofErr w:type="spellStart"/>
      <w:r>
        <w:t>posudek</w:t>
      </w:r>
      <w:proofErr w:type="spellEnd"/>
      <w:r>
        <w:t xml:space="preserve"> o </w:t>
      </w:r>
      <w:proofErr w:type="spellStart"/>
      <w:r>
        <w:t>zdravotní</w:t>
      </w:r>
      <w:proofErr w:type="spellEnd"/>
      <w:r>
        <w:t xml:space="preserve"> </w:t>
      </w:r>
      <w:proofErr w:type="spellStart"/>
      <w:r>
        <w:t>způsobilosti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</w:t>
      </w:r>
      <w:proofErr w:type="spellStart"/>
      <w:r>
        <w:t>včetně</w:t>
      </w:r>
      <w:proofErr w:type="spellEnd"/>
      <w:r>
        <w:t xml:space="preserve"> </w:t>
      </w:r>
      <w:proofErr w:type="spellStart"/>
      <w:r>
        <w:t>dokladu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se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podrobilo</w:t>
      </w:r>
      <w:proofErr w:type="spellEnd"/>
      <w:r>
        <w:t xml:space="preserve"> </w:t>
      </w:r>
      <w:proofErr w:type="spellStart"/>
      <w:r>
        <w:t>stanoveným</w:t>
      </w:r>
      <w:proofErr w:type="spellEnd"/>
      <w:r>
        <w:t xml:space="preserve"> </w:t>
      </w:r>
      <w:proofErr w:type="spellStart"/>
      <w:r>
        <w:t>pravidelným</w:t>
      </w:r>
      <w:proofErr w:type="spellEnd"/>
      <w:r>
        <w:t xml:space="preserve"> </w:t>
      </w:r>
      <w:proofErr w:type="spellStart"/>
      <w:r>
        <w:t>očkováním</w:t>
      </w:r>
      <w:proofErr w:type="spellEnd"/>
      <w:r>
        <w:t xml:space="preserve">, je </w:t>
      </w:r>
      <w:proofErr w:type="spellStart"/>
      <w:r>
        <w:t>proti</w:t>
      </w:r>
      <w:proofErr w:type="spellEnd"/>
      <w:r>
        <w:t xml:space="preserve"> </w:t>
      </w:r>
      <w:proofErr w:type="spellStart"/>
      <w:r>
        <w:t>nákaze</w:t>
      </w:r>
      <w:proofErr w:type="spellEnd"/>
      <w:r>
        <w:t xml:space="preserve"> </w:t>
      </w:r>
      <w:proofErr w:type="spellStart"/>
      <w:r>
        <w:t>imunní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se </w:t>
      </w:r>
      <w:proofErr w:type="spellStart"/>
      <w:r>
        <w:t>nemůže</w:t>
      </w:r>
      <w:proofErr w:type="spellEnd"/>
      <w:r>
        <w:t xml:space="preserve"> </w:t>
      </w:r>
      <w:proofErr w:type="spellStart"/>
      <w:r>
        <w:t>očkování</w:t>
      </w:r>
      <w:proofErr w:type="spellEnd"/>
      <w:r>
        <w:t xml:space="preserve"> </w:t>
      </w:r>
      <w:proofErr w:type="spellStart"/>
      <w:r>
        <w:t>podrobit</w:t>
      </w:r>
      <w:proofErr w:type="spellEnd"/>
      <w:r>
        <w:t xml:space="preserve"> pro </w:t>
      </w:r>
      <w:proofErr w:type="spellStart"/>
      <w:r>
        <w:t>kontraindikaci</w:t>
      </w:r>
      <w:proofErr w:type="spellEnd"/>
      <w:r>
        <w:t>.</w:t>
      </w:r>
    </w:p>
    <w:p w14:paraId="1BB05F64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r>
        <w:t xml:space="preserve">Dojde-li </w:t>
      </w:r>
      <w:proofErr w:type="spellStart"/>
      <w:r>
        <w:t>ke</w:t>
      </w:r>
      <w:proofErr w:type="spellEnd"/>
      <w:r>
        <w:t xml:space="preserve"> </w:t>
      </w:r>
      <w:proofErr w:type="spellStart"/>
      <w:r>
        <w:t>změně</w:t>
      </w:r>
      <w:proofErr w:type="spellEnd"/>
      <w:r>
        <w:t xml:space="preserve"> </w:t>
      </w:r>
      <w:proofErr w:type="spellStart"/>
      <w:r>
        <w:t>zdravotní</w:t>
      </w:r>
      <w:proofErr w:type="spellEnd"/>
      <w:r>
        <w:t xml:space="preserve"> </w:t>
      </w:r>
      <w:proofErr w:type="spellStart"/>
      <w:r>
        <w:t>způsobilosti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, je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doložit</w:t>
      </w:r>
      <w:proofErr w:type="spellEnd"/>
      <w:r>
        <w:t xml:space="preserve"> </w:t>
      </w:r>
      <w:proofErr w:type="spellStart"/>
      <w:r>
        <w:t>nový</w:t>
      </w:r>
      <w:proofErr w:type="spellEnd"/>
      <w:r>
        <w:t xml:space="preserve"> </w:t>
      </w:r>
      <w:proofErr w:type="spellStart"/>
      <w:r>
        <w:t>lékařský</w:t>
      </w:r>
      <w:proofErr w:type="spellEnd"/>
      <w:r>
        <w:t xml:space="preserve"> </w:t>
      </w:r>
      <w:proofErr w:type="spellStart"/>
      <w:r>
        <w:t>posudek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lhůtě</w:t>
      </w:r>
      <w:proofErr w:type="spellEnd"/>
      <w:r>
        <w:t xml:space="preserve"> </w:t>
      </w:r>
      <w:proofErr w:type="spellStart"/>
      <w:r>
        <w:t>stanovené</w:t>
      </w:r>
      <w:proofErr w:type="spellEnd"/>
      <w:r>
        <w:t xml:space="preserve"> </w:t>
      </w:r>
      <w:proofErr w:type="spellStart"/>
      <w:r>
        <w:t>právními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>.</w:t>
      </w:r>
    </w:p>
    <w:p w14:paraId="1BB05F65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Žádá</w:t>
      </w:r>
      <w:proofErr w:type="spellEnd"/>
      <w:r>
        <w:t xml:space="preserve">-li </w:t>
      </w:r>
      <w:proofErr w:type="spellStart"/>
      <w:r>
        <w:t>poskytovatel</w:t>
      </w:r>
      <w:proofErr w:type="spellEnd"/>
      <w:r>
        <w:t xml:space="preserve"> o </w:t>
      </w:r>
      <w:proofErr w:type="spellStart"/>
      <w:r>
        <w:t>příspěvek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provoz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, je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v den </w:t>
      </w:r>
      <w:proofErr w:type="spellStart"/>
      <w:r>
        <w:t>zahájení</w:t>
      </w:r>
      <w:proofErr w:type="spellEnd"/>
      <w:r>
        <w:t xml:space="preserve"> </w:t>
      </w:r>
      <w:proofErr w:type="spellStart"/>
      <w:r>
        <w:t>docházky</w:t>
      </w:r>
      <w:proofErr w:type="spellEnd"/>
      <w:r>
        <w:t xml:space="preserve"> </w:t>
      </w:r>
      <w:proofErr w:type="spellStart"/>
      <w:r>
        <w:t>doložit</w:t>
      </w:r>
      <w:proofErr w:type="spellEnd"/>
      <w:r>
        <w:t xml:space="preserve"> </w:t>
      </w:r>
      <w:proofErr w:type="spellStart"/>
      <w:r>
        <w:t>doklady</w:t>
      </w:r>
      <w:proofErr w:type="spellEnd"/>
      <w:r>
        <w:t xml:space="preserve"> </w:t>
      </w:r>
      <w:proofErr w:type="spellStart"/>
      <w:r>
        <w:t>prokazující</w:t>
      </w:r>
      <w:proofErr w:type="spellEnd"/>
      <w:r>
        <w:t xml:space="preserve"> </w:t>
      </w:r>
      <w:proofErr w:type="spellStart"/>
      <w:r>
        <w:t>vazbu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trh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se </w:t>
      </w:r>
      <w:proofErr w:type="spellStart"/>
      <w:r>
        <w:t>zákonem</w:t>
      </w:r>
      <w:proofErr w:type="spellEnd"/>
      <w:r>
        <w:t xml:space="preserve"> č. 247/2014 Sb. </w:t>
      </w:r>
      <w:proofErr w:type="gramStart"/>
      <w:r>
        <w:t>a</w:t>
      </w:r>
      <w:proofErr w:type="gramEnd"/>
      <w:r>
        <w:t xml:space="preserve"> </w:t>
      </w:r>
      <w:proofErr w:type="spellStart"/>
      <w:r>
        <w:t>oznamovat</w:t>
      </w:r>
      <w:proofErr w:type="spellEnd"/>
      <w:r>
        <w:t xml:space="preserve"> a </w:t>
      </w:r>
      <w:proofErr w:type="spellStart"/>
      <w:r>
        <w:t>dokládat</w:t>
      </w:r>
      <w:proofErr w:type="spellEnd"/>
      <w:r>
        <w:t xml:space="preserve"> </w:t>
      </w:r>
      <w:proofErr w:type="spellStart"/>
      <w:r>
        <w:t>změny</w:t>
      </w:r>
      <w:proofErr w:type="spellEnd"/>
      <w:r>
        <w:t xml:space="preserve"> </w:t>
      </w:r>
      <w:proofErr w:type="spellStart"/>
      <w:r>
        <w:t>těchto</w:t>
      </w:r>
      <w:proofErr w:type="spellEnd"/>
      <w:r>
        <w:t xml:space="preserve"> </w:t>
      </w:r>
      <w:proofErr w:type="spellStart"/>
      <w:r>
        <w:t>skutečností</w:t>
      </w:r>
      <w:proofErr w:type="spellEnd"/>
      <w:r>
        <w:t xml:space="preserve"> do 10 </w:t>
      </w:r>
      <w:proofErr w:type="spellStart"/>
      <w:r>
        <w:t>dnů</w:t>
      </w:r>
      <w:proofErr w:type="spellEnd"/>
      <w:r>
        <w:t xml:space="preserve"> </w:t>
      </w:r>
      <w:proofErr w:type="gramStart"/>
      <w:r>
        <w:t>ode</w:t>
      </w:r>
      <w:proofErr w:type="gramEnd"/>
      <w:r>
        <w:t xml:space="preserve"> </w:t>
      </w:r>
      <w:proofErr w:type="spellStart"/>
      <w:r>
        <w:t>dne</w:t>
      </w:r>
      <w:proofErr w:type="spellEnd"/>
      <w:r>
        <w:t xml:space="preserve">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vzniku</w:t>
      </w:r>
      <w:proofErr w:type="spellEnd"/>
      <w:r>
        <w:t>.</w:t>
      </w:r>
    </w:p>
    <w:p w14:paraId="1BB05F66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oznámit</w:t>
      </w:r>
      <w:proofErr w:type="spellEnd"/>
      <w:r>
        <w:t xml:space="preserve"> </w:t>
      </w:r>
      <w:proofErr w:type="spellStart"/>
      <w:r>
        <w:t>poskytovateli</w:t>
      </w:r>
      <w:proofErr w:type="spellEnd"/>
      <w:r>
        <w:t xml:space="preserve"> </w:t>
      </w:r>
      <w:proofErr w:type="spellStart"/>
      <w:r>
        <w:t>uzavření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o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</w:t>
      </w:r>
      <w:proofErr w:type="spellStart"/>
      <w:r>
        <w:t>dítě</w:t>
      </w:r>
      <w:proofErr w:type="spellEnd"/>
      <w:r>
        <w:t xml:space="preserve"> v </w:t>
      </w:r>
      <w:proofErr w:type="spellStart"/>
      <w:r>
        <w:t>jiné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 xml:space="preserve"> </w:t>
      </w:r>
      <w:proofErr w:type="spellStart"/>
      <w:r>
        <w:t>čerpající</w:t>
      </w:r>
      <w:proofErr w:type="spellEnd"/>
      <w:r>
        <w:t xml:space="preserve"> </w:t>
      </w:r>
      <w:proofErr w:type="spellStart"/>
      <w:r>
        <w:t>státní</w:t>
      </w:r>
      <w:proofErr w:type="spellEnd"/>
      <w:r>
        <w:t xml:space="preserve"> </w:t>
      </w:r>
      <w:proofErr w:type="spellStart"/>
      <w:r>
        <w:t>příspěvek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totéž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, </w:t>
      </w:r>
      <w:proofErr w:type="spellStart"/>
      <w:r>
        <w:t>včetně</w:t>
      </w:r>
      <w:proofErr w:type="spellEnd"/>
      <w:r>
        <w:t xml:space="preserve"> </w:t>
      </w:r>
      <w:proofErr w:type="spellStart"/>
      <w:r>
        <w:t>uvedení</w:t>
      </w:r>
      <w:proofErr w:type="spellEnd"/>
      <w:r>
        <w:t xml:space="preserve"> </w:t>
      </w:r>
      <w:proofErr w:type="spellStart"/>
      <w:r>
        <w:t>dnů</w:t>
      </w:r>
      <w:proofErr w:type="spellEnd"/>
      <w:r>
        <w:t xml:space="preserve"> a </w:t>
      </w:r>
      <w:proofErr w:type="spellStart"/>
      <w:r>
        <w:t>časů</w:t>
      </w:r>
      <w:proofErr w:type="spellEnd"/>
      <w:r>
        <w:t xml:space="preserve">, </w:t>
      </w:r>
      <w:proofErr w:type="spellStart"/>
      <w:r>
        <w:t>kdy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u </w:t>
      </w:r>
      <w:proofErr w:type="spellStart"/>
      <w:r>
        <w:t>jiného</w:t>
      </w:r>
      <w:proofErr w:type="spellEnd"/>
      <w:r>
        <w:t xml:space="preserve"> </w:t>
      </w:r>
      <w:proofErr w:type="spellStart"/>
      <w:r>
        <w:t>poskytovatele</w:t>
      </w:r>
      <w:proofErr w:type="spellEnd"/>
      <w:r>
        <w:t xml:space="preserve"> </w:t>
      </w:r>
      <w:proofErr w:type="spellStart"/>
      <w:r>
        <w:t>poskytována</w:t>
      </w:r>
      <w:proofErr w:type="spellEnd"/>
      <w:r>
        <w:t>.</w:t>
      </w:r>
    </w:p>
    <w:p w14:paraId="1BB05F67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oznámit</w:t>
      </w:r>
      <w:proofErr w:type="spellEnd"/>
      <w:r>
        <w:t xml:space="preserve"> </w:t>
      </w:r>
      <w:proofErr w:type="spellStart"/>
      <w:r>
        <w:t>poskytovateli</w:t>
      </w:r>
      <w:proofErr w:type="spellEnd"/>
      <w:r>
        <w:t xml:space="preserve"> </w:t>
      </w:r>
      <w:proofErr w:type="spellStart"/>
      <w:r>
        <w:t>přijetí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k </w:t>
      </w:r>
      <w:proofErr w:type="spellStart"/>
      <w:r>
        <w:t>předškolnímu</w:t>
      </w:r>
      <w:proofErr w:type="spellEnd"/>
      <w:r>
        <w:t xml:space="preserve"> </w:t>
      </w:r>
      <w:proofErr w:type="spellStart"/>
      <w:r>
        <w:t>vzdělávání</w:t>
      </w:r>
      <w:proofErr w:type="spellEnd"/>
      <w:r>
        <w:t xml:space="preserve"> v </w:t>
      </w:r>
      <w:proofErr w:type="spellStart"/>
      <w:r>
        <w:t>mateřské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; </w:t>
      </w:r>
      <w:proofErr w:type="spellStart"/>
      <w:r>
        <w:t>má</w:t>
      </w:r>
      <w:proofErr w:type="spellEnd"/>
      <w:r>
        <w:t xml:space="preserve">-li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individuálně</w:t>
      </w:r>
      <w:proofErr w:type="spellEnd"/>
      <w:r>
        <w:t xml:space="preserve"> </w:t>
      </w:r>
      <w:proofErr w:type="spellStart"/>
      <w:r>
        <w:t>vzděláváno</w:t>
      </w:r>
      <w:proofErr w:type="spellEnd"/>
      <w:r>
        <w:t xml:space="preserve">, </w:t>
      </w:r>
      <w:proofErr w:type="spellStart"/>
      <w:r>
        <w:t>oznámí</w:t>
      </w:r>
      <w:proofErr w:type="spellEnd"/>
      <w:r>
        <w:t xml:space="preserve">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skutečnost</w:t>
      </w:r>
      <w:proofErr w:type="spellEnd"/>
      <w:r>
        <w:t xml:space="preserve"> </w:t>
      </w:r>
      <w:proofErr w:type="spellStart"/>
      <w:r>
        <w:t>poskytovateli</w:t>
      </w:r>
      <w:proofErr w:type="spellEnd"/>
      <w:r>
        <w:t xml:space="preserve"> </w:t>
      </w:r>
      <w:proofErr w:type="spellStart"/>
      <w:r>
        <w:t>současně</w:t>
      </w:r>
      <w:proofErr w:type="spellEnd"/>
      <w:r>
        <w:t xml:space="preserve"> s </w:t>
      </w:r>
      <w:proofErr w:type="spellStart"/>
      <w:r>
        <w:t>oznámením</w:t>
      </w:r>
      <w:proofErr w:type="spellEnd"/>
      <w:r>
        <w:t xml:space="preserve"> </w:t>
      </w:r>
      <w:proofErr w:type="spellStart"/>
      <w:r>
        <w:t>řediteli</w:t>
      </w:r>
      <w:proofErr w:type="spellEnd"/>
      <w:r>
        <w:t xml:space="preserve"> </w:t>
      </w:r>
      <w:proofErr w:type="spellStart"/>
      <w:r>
        <w:t>mateřské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školského</w:t>
      </w:r>
      <w:proofErr w:type="spellEnd"/>
      <w:r>
        <w:t xml:space="preserve"> </w:t>
      </w:r>
      <w:proofErr w:type="spellStart"/>
      <w:r>
        <w:t>zákona</w:t>
      </w:r>
      <w:proofErr w:type="spellEnd"/>
      <w:r>
        <w:t>.</w:t>
      </w:r>
    </w:p>
    <w:p w14:paraId="1BB05F68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Porušením</w:t>
      </w:r>
      <w:proofErr w:type="spellEnd"/>
      <w:r>
        <w:t xml:space="preserve"> </w:t>
      </w:r>
      <w:proofErr w:type="spellStart"/>
      <w:r>
        <w:t>oznamovacích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poskytovateli</w:t>
      </w:r>
      <w:proofErr w:type="spellEnd"/>
      <w:r>
        <w:t xml:space="preserve"> </w:t>
      </w:r>
      <w:proofErr w:type="spellStart"/>
      <w:r>
        <w:t>vzniknout</w:t>
      </w:r>
      <w:proofErr w:type="spellEnd"/>
      <w:r>
        <w:t xml:space="preserve"> </w:t>
      </w:r>
      <w:proofErr w:type="spellStart"/>
      <w:r>
        <w:t>škoda</w:t>
      </w:r>
      <w:proofErr w:type="spellEnd"/>
      <w:r>
        <w:t xml:space="preserve">, </w:t>
      </w:r>
      <w:proofErr w:type="spellStart"/>
      <w:r>
        <w:t>včetně</w:t>
      </w:r>
      <w:proofErr w:type="spellEnd"/>
      <w:r>
        <w:t xml:space="preserve">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vrátit</w:t>
      </w:r>
      <w:proofErr w:type="spellEnd"/>
      <w:r>
        <w:t xml:space="preserve"> </w:t>
      </w:r>
      <w:proofErr w:type="spellStart"/>
      <w:r>
        <w:t>neoprávněně</w:t>
      </w:r>
      <w:proofErr w:type="spellEnd"/>
      <w:r>
        <w:t xml:space="preserve"> </w:t>
      </w:r>
      <w:proofErr w:type="spellStart"/>
      <w:r>
        <w:t>vyplacený</w:t>
      </w:r>
      <w:proofErr w:type="spellEnd"/>
      <w:r>
        <w:t xml:space="preserve"> </w:t>
      </w:r>
      <w:proofErr w:type="spellStart"/>
      <w:r>
        <w:t>příspěvek</w:t>
      </w:r>
      <w:proofErr w:type="spellEnd"/>
      <w:r>
        <w:t xml:space="preserve">; </w:t>
      </w:r>
      <w:proofErr w:type="spellStart"/>
      <w:r>
        <w:t>poskytovatel</w:t>
      </w:r>
      <w:proofErr w:type="spellEnd"/>
      <w:r>
        <w:t xml:space="preserve"> je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požadovat</w:t>
      </w:r>
      <w:proofErr w:type="spellEnd"/>
      <w:r>
        <w:t xml:space="preserve"> po </w:t>
      </w:r>
      <w:proofErr w:type="spellStart"/>
      <w:r>
        <w:t>rodiči</w:t>
      </w:r>
      <w:proofErr w:type="spellEnd"/>
      <w:r>
        <w:t xml:space="preserve"> </w:t>
      </w:r>
      <w:proofErr w:type="spellStart"/>
      <w:r>
        <w:t>náhradu</w:t>
      </w:r>
      <w:proofErr w:type="spellEnd"/>
      <w:r>
        <w:t xml:space="preserve"> </w:t>
      </w:r>
      <w:proofErr w:type="spellStart"/>
      <w:r>
        <w:t>škody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občanského</w:t>
      </w:r>
      <w:proofErr w:type="spellEnd"/>
      <w:r>
        <w:t xml:space="preserve"> </w:t>
      </w:r>
      <w:proofErr w:type="spellStart"/>
      <w:r>
        <w:t>zákoníku</w:t>
      </w:r>
      <w:proofErr w:type="spellEnd"/>
      <w:r>
        <w:t>.</w:t>
      </w:r>
    </w:p>
    <w:p w14:paraId="1BB05F69" w14:textId="77777777" w:rsidR="004B3BCB" w:rsidRDefault="0000436C" w:rsidP="009D44E6">
      <w:pPr>
        <w:pStyle w:val="Nadpis1"/>
        <w:spacing w:before="60"/>
        <w:jc w:val="both"/>
      </w:pPr>
      <w:r>
        <w:t xml:space="preserve">8. </w:t>
      </w:r>
      <w:proofErr w:type="spellStart"/>
      <w:r>
        <w:t>Předávání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, </w:t>
      </w:r>
      <w:proofErr w:type="spellStart"/>
      <w:r>
        <w:t>bezpečnost</w:t>
      </w:r>
      <w:proofErr w:type="spellEnd"/>
      <w:r>
        <w:t xml:space="preserve"> a </w:t>
      </w:r>
      <w:proofErr w:type="spellStart"/>
      <w:r>
        <w:t>zdravotní</w:t>
      </w:r>
      <w:proofErr w:type="spellEnd"/>
      <w:r>
        <w:t xml:space="preserve"> </w:t>
      </w:r>
      <w:proofErr w:type="spellStart"/>
      <w:r>
        <w:t>stav</w:t>
      </w:r>
      <w:proofErr w:type="spellEnd"/>
    </w:p>
    <w:p w14:paraId="1BB05F6A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předává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osobně</w:t>
      </w:r>
      <w:proofErr w:type="spellEnd"/>
      <w:r>
        <w:t xml:space="preserve"> </w:t>
      </w:r>
      <w:proofErr w:type="spellStart"/>
      <w:r>
        <w:t>pečující</w:t>
      </w:r>
      <w:proofErr w:type="spellEnd"/>
      <w:r>
        <w:t xml:space="preserve"> </w:t>
      </w:r>
      <w:proofErr w:type="spellStart"/>
      <w:r>
        <w:t>osobě</w:t>
      </w:r>
      <w:proofErr w:type="spellEnd"/>
      <w:r>
        <w:t xml:space="preserve"> v </w:t>
      </w:r>
      <w:proofErr w:type="spellStart"/>
      <w:r>
        <w:t>místě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.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vydáno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rodiči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osobě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pověřené</w:t>
      </w:r>
      <w:proofErr w:type="spellEnd"/>
      <w:r>
        <w:t xml:space="preserve"> </w:t>
      </w:r>
      <w:proofErr w:type="spellStart"/>
      <w:r>
        <w:t>rodičem</w:t>
      </w:r>
      <w:proofErr w:type="spellEnd"/>
      <w:r>
        <w:t xml:space="preserve">. </w:t>
      </w:r>
      <w:proofErr w:type="spellStart"/>
      <w:r>
        <w:t>Poskytovatel</w:t>
      </w:r>
      <w:proofErr w:type="spellEnd"/>
      <w:r>
        <w:t xml:space="preserve"> je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požadovat</w:t>
      </w:r>
      <w:proofErr w:type="spellEnd"/>
      <w:r>
        <w:t xml:space="preserve"> </w:t>
      </w:r>
      <w:proofErr w:type="spellStart"/>
      <w:r>
        <w:t>prokázání</w:t>
      </w:r>
      <w:proofErr w:type="spellEnd"/>
      <w:r>
        <w:t xml:space="preserve"> </w:t>
      </w:r>
      <w:proofErr w:type="spellStart"/>
      <w:r>
        <w:t>totožnosti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vyzvedává</w:t>
      </w:r>
      <w:proofErr w:type="spellEnd"/>
      <w:r>
        <w:t>.</w:t>
      </w:r>
    </w:p>
    <w:p w14:paraId="1BB05F6B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Seznam</w:t>
      </w:r>
      <w:proofErr w:type="spellEnd"/>
      <w:r>
        <w:t xml:space="preserve"> </w:t>
      </w:r>
      <w:proofErr w:type="spellStart"/>
      <w:r>
        <w:t>osob</w:t>
      </w:r>
      <w:proofErr w:type="spellEnd"/>
      <w:r>
        <w:t xml:space="preserve"> </w:t>
      </w:r>
      <w:proofErr w:type="spellStart"/>
      <w:r>
        <w:t>oprávněných</w:t>
      </w:r>
      <w:proofErr w:type="spellEnd"/>
      <w:r>
        <w:t xml:space="preserve"> k </w:t>
      </w:r>
      <w:proofErr w:type="spellStart"/>
      <w:r>
        <w:t>vyzvedávání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je </w:t>
      </w:r>
      <w:proofErr w:type="spellStart"/>
      <w:r>
        <w:t>veden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součást</w:t>
      </w:r>
      <w:proofErr w:type="spellEnd"/>
      <w:r>
        <w:t xml:space="preserve"> evidence </w:t>
      </w:r>
      <w:proofErr w:type="spellStart"/>
      <w:r>
        <w:t>dítěte</w:t>
      </w:r>
      <w:proofErr w:type="spellEnd"/>
      <w:r>
        <w:t xml:space="preserve">; </w:t>
      </w:r>
      <w:proofErr w:type="spellStart"/>
      <w:r>
        <w:t>obsahuje</w:t>
      </w:r>
      <w:proofErr w:type="spellEnd"/>
      <w:r>
        <w:t xml:space="preserve"> </w:t>
      </w:r>
      <w:proofErr w:type="spellStart"/>
      <w:r>
        <w:t>jméno</w:t>
      </w:r>
      <w:proofErr w:type="spellEnd"/>
      <w:r>
        <w:t xml:space="preserve">, </w:t>
      </w:r>
      <w:proofErr w:type="spellStart"/>
      <w:r>
        <w:t>příjmení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místa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a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pověřenou</w:t>
      </w:r>
      <w:proofErr w:type="spellEnd"/>
      <w:r>
        <w:t xml:space="preserve"> </w:t>
      </w:r>
      <w:proofErr w:type="spellStart"/>
      <w:r>
        <w:t>osobu</w:t>
      </w:r>
      <w:proofErr w:type="spellEnd"/>
      <w:r>
        <w:t>.</w:t>
      </w:r>
    </w:p>
    <w:p w14:paraId="1BB05F6C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přivádět</w:t>
      </w:r>
      <w:proofErr w:type="spellEnd"/>
      <w:r>
        <w:t xml:space="preserve"> do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zdravotním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</w:t>
      </w:r>
      <w:proofErr w:type="spellStart"/>
      <w:r>
        <w:t>umožňujícím</w:t>
      </w:r>
      <w:proofErr w:type="spellEnd"/>
      <w:r>
        <w:t xml:space="preserve"> </w:t>
      </w:r>
      <w:proofErr w:type="spellStart"/>
      <w:r>
        <w:t>pobyt</w:t>
      </w:r>
      <w:proofErr w:type="spellEnd"/>
      <w:r>
        <w:t xml:space="preserve"> v </w:t>
      </w:r>
      <w:proofErr w:type="spellStart"/>
      <w:r>
        <w:t>dětském</w:t>
      </w:r>
      <w:proofErr w:type="spellEnd"/>
      <w:r>
        <w:t xml:space="preserve"> </w:t>
      </w:r>
      <w:proofErr w:type="spellStart"/>
      <w:r>
        <w:t>kolektivu</w:t>
      </w:r>
      <w:proofErr w:type="spellEnd"/>
      <w:r>
        <w:t xml:space="preserve">, bez </w:t>
      </w:r>
      <w:proofErr w:type="spellStart"/>
      <w:r>
        <w:t>zjevných</w:t>
      </w:r>
      <w:proofErr w:type="spellEnd"/>
      <w:r>
        <w:t xml:space="preserve"> </w:t>
      </w:r>
      <w:proofErr w:type="spellStart"/>
      <w:r>
        <w:t>příznaků</w:t>
      </w:r>
      <w:proofErr w:type="spellEnd"/>
      <w:r>
        <w:t xml:space="preserve"> </w:t>
      </w:r>
      <w:proofErr w:type="spellStart"/>
      <w:r>
        <w:t>infekčního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jiného</w:t>
      </w:r>
      <w:proofErr w:type="spellEnd"/>
      <w:r>
        <w:t xml:space="preserve"> </w:t>
      </w:r>
      <w:proofErr w:type="spellStart"/>
      <w:r>
        <w:t>akutního</w:t>
      </w:r>
      <w:proofErr w:type="spellEnd"/>
      <w:r>
        <w:t xml:space="preserve"> </w:t>
      </w:r>
      <w:proofErr w:type="spellStart"/>
      <w:r>
        <w:t>onemocnění</w:t>
      </w:r>
      <w:proofErr w:type="spellEnd"/>
      <w:r>
        <w:t>.</w:t>
      </w:r>
    </w:p>
    <w:p w14:paraId="1BB05F6D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r>
        <w:t xml:space="preserve">Při </w:t>
      </w:r>
      <w:proofErr w:type="spellStart"/>
      <w:r>
        <w:t>výskytu</w:t>
      </w:r>
      <w:proofErr w:type="spellEnd"/>
      <w:r>
        <w:t xml:space="preserve"> </w:t>
      </w:r>
      <w:proofErr w:type="spellStart"/>
      <w:r>
        <w:t>příznaků</w:t>
      </w:r>
      <w:proofErr w:type="spellEnd"/>
      <w:r>
        <w:t xml:space="preserve"> </w:t>
      </w:r>
      <w:proofErr w:type="spellStart"/>
      <w:r>
        <w:t>onemocnění</w:t>
      </w:r>
      <w:proofErr w:type="spellEnd"/>
      <w:r>
        <w:t xml:space="preserve"> u </w:t>
      </w:r>
      <w:proofErr w:type="spellStart"/>
      <w:r>
        <w:t>dítěte</w:t>
      </w:r>
      <w:proofErr w:type="spellEnd"/>
      <w:r>
        <w:t xml:space="preserve">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je </w:t>
      </w:r>
      <w:proofErr w:type="spellStart"/>
      <w:r>
        <w:t>pečující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povinna</w:t>
      </w:r>
      <w:proofErr w:type="spellEnd"/>
      <w:r>
        <w:t xml:space="preserve">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a </w:t>
      </w:r>
      <w:proofErr w:type="spellStart"/>
      <w:r>
        <w:t>předat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rodiči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zajistit</w:t>
      </w:r>
      <w:proofErr w:type="spellEnd"/>
      <w:r>
        <w:t xml:space="preserve"> </w:t>
      </w:r>
      <w:proofErr w:type="spellStart"/>
      <w:r>
        <w:t>poskytnutí</w:t>
      </w:r>
      <w:proofErr w:type="spellEnd"/>
      <w:r>
        <w:t xml:space="preserve"> </w:t>
      </w:r>
      <w:proofErr w:type="spellStart"/>
      <w:r>
        <w:t>zdravotních</w:t>
      </w:r>
      <w:proofErr w:type="spellEnd"/>
      <w:r>
        <w:t xml:space="preserve"> </w:t>
      </w:r>
      <w:proofErr w:type="spellStart"/>
      <w:r>
        <w:t>služeb</w:t>
      </w:r>
      <w:proofErr w:type="spellEnd"/>
      <w:r>
        <w:t xml:space="preserve">. </w:t>
      </w:r>
      <w:proofErr w:type="spellStart"/>
      <w:r>
        <w:t>Rodič</w:t>
      </w:r>
      <w:proofErr w:type="spellEnd"/>
      <w:r>
        <w:t xml:space="preserve"> je v </w:t>
      </w:r>
      <w:proofErr w:type="spellStart"/>
      <w:r>
        <w:t>takovém</w:t>
      </w:r>
      <w:proofErr w:type="spellEnd"/>
      <w:r>
        <w:t xml:space="preserve">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bez </w:t>
      </w:r>
      <w:proofErr w:type="spellStart"/>
      <w:r>
        <w:t>zbytečného</w:t>
      </w:r>
      <w:proofErr w:type="spellEnd"/>
      <w:r>
        <w:t xml:space="preserve"> </w:t>
      </w:r>
      <w:proofErr w:type="spellStart"/>
      <w:r>
        <w:t>odkladu</w:t>
      </w:r>
      <w:proofErr w:type="spellEnd"/>
      <w:r>
        <w:t xml:space="preserve"> </w:t>
      </w:r>
      <w:proofErr w:type="spellStart"/>
      <w:r>
        <w:t>vyzvednout</w:t>
      </w:r>
      <w:proofErr w:type="spellEnd"/>
      <w:r>
        <w:t>.</w:t>
      </w:r>
    </w:p>
    <w:p w14:paraId="1BB05F6E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Pečující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je </w:t>
      </w:r>
      <w:proofErr w:type="spellStart"/>
      <w:r>
        <w:t>oprávněna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nepřijmout</w:t>
      </w:r>
      <w:proofErr w:type="spellEnd"/>
      <w:r>
        <w:t xml:space="preserve">,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předání</w:t>
      </w:r>
      <w:proofErr w:type="spellEnd"/>
      <w:r>
        <w:t xml:space="preserve"> </w:t>
      </w:r>
      <w:proofErr w:type="spellStart"/>
      <w:r>
        <w:t>vykazuje</w:t>
      </w:r>
      <w:proofErr w:type="spellEnd"/>
      <w:r>
        <w:t xml:space="preserve"> </w:t>
      </w:r>
      <w:proofErr w:type="spellStart"/>
      <w:r>
        <w:t>zjevné</w:t>
      </w:r>
      <w:proofErr w:type="spellEnd"/>
      <w:r>
        <w:t xml:space="preserve"> </w:t>
      </w:r>
      <w:proofErr w:type="spellStart"/>
      <w:r>
        <w:t>příznaky</w:t>
      </w:r>
      <w:proofErr w:type="spellEnd"/>
      <w:r>
        <w:t xml:space="preserve"> </w:t>
      </w:r>
      <w:proofErr w:type="spellStart"/>
      <w:r>
        <w:t>onemocnění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, </w:t>
      </w:r>
      <w:proofErr w:type="spellStart"/>
      <w:r>
        <w:t>který</w:t>
      </w:r>
      <w:proofErr w:type="spellEnd"/>
      <w:r>
        <w:t xml:space="preserve"> by </w:t>
      </w:r>
      <w:proofErr w:type="spellStart"/>
      <w:r>
        <w:t>mohl</w:t>
      </w:r>
      <w:proofErr w:type="spellEnd"/>
      <w:r>
        <w:t xml:space="preserve"> </w:t>
      </w:r>
      <w:proofErr w:type="spellStart"/>
      <w:r>
        <w:t>ohrozit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ostatních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osob</w:t>
      </w:r>
      <w:proofErr w:type="spellEnd"/>
      <w:r>
        <w:t xml:space="preserve"> v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>.</w:t>
      </w:r>
    </w:p>
    <w:p w14:paraId="1BB05F6F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Nevyzvedne</w:t>
      </w:r>
      <w:proofErr w:type="spellEnd"/>
      <w:r>
        <w:t xml:space="preserve">-li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do </w:t>
      </w:r>
      <w:proofErr w:type="spellStart"/>
      <w:r>
        <w:t>konce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provozní</w:t>
      </w:r>
      <w:proofErr w:type="spellEnd"/>
      <w:r>
        <w:t xml:space="preserve"> </w:t>
      </w:r>
      <w:proofErr w:type="spellStart"/>
      <w:r>
        <w:t>doby</w:t>
      </w:r>
      <w:proofErr w:type="spellEnd"/>
      <w:r>
        <w:t xml:space="preserve">,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nahradit</w:t>
      </w:r>
      <w:proofErr w:type="spellEnd"/>
      <w:r>
        <w:t xml:space="preserve"> </w:t>
      </w:r>
      <w:proofErr w:type="spellStart"/>
      <w:r>
        <w:t>poskytovateli</w:t>
      </w:r>
      <w:proofErr w:type="spellEnd"/>
      <w:r>
        <w:t xml:space="preserve"> </w:t>
      </w:r>
      <w:proofErr w:type="spellStart"/>
      <w:r>
        <w:t>prokazatelné</w:t>
      </w:r>
      <w:proofErr w:type="spellEnd"/>
      <w:r>
        <w:t xml:space="preserve"> a </w:t>
      </w:r>
      <w:proofErr w:type="spellStart"/>
      <w:r>
        <w:t>účelně</w:t>
      </w:r>
      <w:proofErr w:type="spellEnd"/>
      <w:r>
        <w:t xml:space="preserve"> </w:t>
      </w:r>
      <w:proofErr w:type="spellStart"/>
      <w:r>
        <w:t>vynaložené</w:t>
      </w:r>
      <w:proofErr w:type="spellEnd"/>
      <w:r>
        <w:t xml:space="preserve"> </w:t>
      </w:r>
      <w:proofErr w:type="spellStart"/>
      <w:r>
        <w:t>náklady</w:t>
      </w:r>
      <w:proofErr w:type="spellEnd"/>
      <w:r>
        <w:t xml:space="preserve"> </w:t>
      </w:r>
      <w:proofErr w:type="spellStart"/>
      <w:r>
        <w:t>vzniklé</w:t>
      </w:r>
      <w:proofErr w:type="spellEnd"/>
      <w:r>
        <w:t xml:space="preserve"> v </w:t>
      </w:r>
      <w:proofErr w:type="spellStart"/>
      <w:r>
        <w:t>důsledku</w:t>
      </w:r>
      <w:proofErr w:type="spellEnd"/>
      <w:r>
        <w:t xml:space="preserve"> </w:t>
      </w:r>
      <w:proofErr w:type="spellStart"/>
      <w:r>
        <w:t>pozdního</w:t>
      </w:r>
      <w:proofErr w:type="spellEnd"/>
      <w:r>
        <w:t xml:space="preserve"> </w:t>
      </w:r>
      <w:proofErr w:type="spellStart"/>
      <w:r>
        <w:t>vyzvednutí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>.</w:t>
      </w:r>
    </w:p>
    <w:p w14:paraId="1BB05F70" w14:textId="77777777" w:rsidR="004B3BCB" w:rsidRDefault="0000436C" w:rsidP="009D44E6">
      <w:pPr>
        <w:pStyle w:val="Nadpis1"/>
        <w:spacing w:before="60"/>
        <w:jc w:val="both"/>
      </w:pPr>
      <w:r>
        <w:t xml:space="preserve">9. </w:t>
      </w:r>
      <w:proofErr w:type="spellStart"/>
      <w:r>
        <w:t>Vnitřní</w:t>
      </w:r>
      <w:proofErr w:type="spellEnd"/>
      <w:r>
        <w:t xml:space="preserve"> </w:t>
      </w:r>
      <w:proofErr w:type="spellStart"/>
      <w:r>
        <w:t>pravidla</w:t>
      </w:r>
      <w:proofErr w:type="spellEnd"/>
      <w:r>
        <w:t xml:space="preserve">, </w:t>
      </w:r>
      <w:proofErr w:type="spellStart"/>
      <w:r>
        <w:t>provozní</w:t>
      </w:r>
      <w:proofErr w:type="spellEnd"/>
      <w:r>
        <w:t xml:space="preserve"> </w:t>
      </w:r>
      <w:proofErr w:type="spellStart"/>
      <w:r>
        <w:t>řád</w:t>
      </w:r>
      <w:proofErr w:type="spellEnd"/>
      <w:r>
        <w:t xml:space="preserve"> a </w:t>
      </w:r>
      <w:proofErr w:type="spellStart"/>
      <w:r>
        <w:t>plán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</w:p>
    <w:p w14:paraId="1BB05F71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prohlašuje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podpisem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</w:t>
      </w:r>
      <w:proofErr w:type="spellStart"/>
      <w:r>
        <w:t>prokazatelně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 s </w:t>
      </w:r>
      <w:proofErr w:type="spellStart"/>
      <w:r>
        <w:t>vnitřními</w:t>
      </w:r>
      <w:proofErr w:type="spellEnd"/>
      <w:r>
        <w:t xml:space="preserve"> </w:t>
      </w:r>
      <w:proofErr w:type="spellStart"/>
      <w:r>
        <w:t>pravidly</w:t>
      </w:r>
      <w:proofErr w:type="spellEnd"/>
      <w:r>
        <w:t xml:space="preserve"> a </w:t>
      </w:r>
      <w:proofErr w:type="spellStart"/>
      <w:r>
        <w:t>provozním</w:t>
      </w:r>
      <w:proofErr w:type="spellEnd"/>
      <w:r>
        <w:t xml:space="preserve"> </w:t>
      </w:r>
      <w:proofErr w:type="spellStart"/>
      <w:r>
        <w:t>řádem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 a s </w:t>
      </w:r>
      <w:proofErr w:type="spellStart"/>
      <w:r>
        <w:t>plánem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  <w:r>
        <w:t xml:space="preserve"> a </w:t>
      </w:r>
      <w:proofErr w:type="spellStart"/>
      <w:r>
        <w:t>že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je </w:t>
      </w:r>
      <w:proofErr w:type="spellStart"/>
      <w:r>
        <w:t>dodržovat</w:t>
      </w:r>
      <w:proofErr w:type="spellEnd"/>
      <w:r>
        <w:t>.</w:t>
      </w:r>
    </w:p>
    <w:p w14:paraId="1BB05F72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lastRenderedPageBreak/>
        <w:t xml:space="preserve">• </w:t>
      </w:r>
      <w:proofErr w:type="spellStart"/>
      <w:r>
        <w:t>Vnitřní</w:t>
      </w:r>
      <w:proofErr w:type="spellEnd"/>
      <w:r>
        <w:t xml:space="preserve"> </w:t>
      </w:r>
      <w:proofErr w:type="spellStart"/>
      <w:r>
        <w:t>pravidla</w:t>
      </w:r>
      <w:proofErr w:type="spellEnd"/>
      <w:r>
        <w:t xml:space="preserve">, </w:t>
      </w:r>
      <w:proofErr w:type="spellStart"/>
      <w:r>
        <w:t>provozní</w:t>
      </w:r>
      <w:proofErr w:type="spellEnd"/>
      <w:r>
        <w:t xml:space="preserve"> </w:t>
      </w:r>
      <w:proofErr w:type="spellStart"/>
      <w:r>
        <w:t>řád</w:t>
      </w:r>
      <w:proofErr w:type="spellEnd"/>
      <w:r>
        <w:t xml:space="preserve"> a </w:t>
      </w:r>
      <w:proofErr w:type="spellStart"/>
      <w:r>
        <w:t>plán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 xml:space="preserve"> </w:t>
      </w:r>
      <w:proofErr w:type="spellStart"/>
      <w:r>
        <w:t>zpřístupněny</w:t>
      </w:r>
      <w:proofErr w:type="spellEnd"/>
      <w:r>
        <w:t xml:space="preserve"> v </w:t>
      </w:r>
      <w:proofErr w:type="spellStart"/>
      <w:r>
        <w:t>prostorách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 </w:t>
      </w:r>
      <w:proofErr w:type="spellStart"/>
      <w:r>
        <w:t>přístupných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 xml:space="preserve">, </w:t>
      </w:r>
      <w:proofErr w:type="spellStart"/>
      <w:r>
        <w:t>případně</w:t>
      </w:r>
      <w:proofErr w:type="spellEnd"/>
      <w:r>
        <w:t xml:space="preserve"> </w:t>
      </w:r>
      <w:proofErr w:type="spellStart"/>
      <w:r>
        <w:t>také</w:t>
      </w:r>
      <w:proofErr w:type="spellEnd"/>
      <w:r>
        <w:t xml:space="preserve"> </w:t>
      </w:r>
      <w:proofErr w:type="spellStart"/>
      <w:r>
        <w:t>elektronicky</w:t>
      </w:r>
      <w:proofErr w:type="spellEnd"/>
      <w:r>
        <w:t xml:space="preserve"> </w:t>
      </w:r>
      <w:proofErr w:type="spellStart"/>
      <w:r>
        <w:t>způsobem</w:t>
      </w:r>
      <w:proofErr w:type="spellEnd"/>
      <w:r>
        <w:t xml:space="preserve"> </w:t>
      </w:r>
      <w:proofErr w:type="spellStart"/>
      <w:r>
        <w:t>určeným</w:t>
      </w:r>
      <w:proofErr w:type="spellEnd"/>
      <w:r>
        <w:t xml:space="preserve"> </w:t>
      </w:r>
      <w:proofErr w:type="spellStart"/>
      <w:r>
        <w:t>poskytovatelem</w:t>
      </w:r>
      <w:proofErr w:type="spellEnd"/>
      <w:r>
        <w:t>.</w:t>
      </w:r>
    </w:p>
    <w:p w14:paraId="1BB05F73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je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vnitřní</w:t>
      </w:r>
      <w:proofErr w:type="spellEnd"/>
      <w:r>
        <w:t xml:space="preserve"> </w:t>
      </w:r>
      <w:proofErr w:type="spellStart"/>
      <w:r>
        <w:t>pravidla</w:t>
      </w:r>
      <w:proofErr w:type="spellEnd"/>
      <w:r>
        <w:t xml:space="preserve">, </w:t>
      </w:r>
      <w:proofErr w:type="spellStart"/>
      <w:r>
        <w:t>provozní</w:t>
      </w:r>
      <w:proofErr w:type="spellEnd"/>
      <w:r>
        <w:t xml:space="preserve"> </w:t>
      </w:r>
      <w:proofErr w:type="spellStart"/>
      <w:r>
        <w:t>řád</w:t>
      </w:r>
      <w:proofErr w:type="spellEnd"/>
      <w:r>
        <w:t xml:space="preserve"> a </w:t>
      </w:r>
      <w:proofErr w:type="spellStart"/>
      <w:r>
        <w:t>plán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  <w:r>
        <w:t xml:space="preserve"> </w:t>
      </w:r>
      <w:proofErr w:type="spellStart"/>
      <w:r>
        <w:t>měnit</w:t>
      </w:r>
      <w:proofErr w:type="spellEnd"/>
      <w:r>
        <w:t xml:space="preserve">. O </w:t>
      </w:r>
      <w:proofErr w:type="spellStart"/>
      <w:r>
        <w:t>změně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 a </w:t>
      </w:r>
      <w:proofErr w:type="spellStart"/>
      <w:r>
        <w:t>rodič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se se </w:t>
      </w:r>
      <w:proofErr w:type="spellStart"/>
      <w:r>
        <w:t>změnami</w:t>
      </w:r>
      <w:proofErr w:type="spellEnd"/>
      <w:r>
        <w:t xml:space="preserve"> </w:t>
      </w:r>
      <w:proofErr w:type="spellStart"/>
      <w:r>
        <w:t>seznámit</w:t>
      </w:r>
      <w:proofErr w:type="spellEnd"/>
      <w:r>
        <w:t>.</w:t>
      </w:r>
    </w:p>
    <w:p w14:paraId="1BB05F74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r>
        <w:t xml:space="preserve">Při </w:t>
      </w:r>
      <w:proofErr w:type="spellStart"/>
      <w:r>
        <w:t>změně</w:t>
      </w:r>
      <w:proofErr w:type="spellEnd"/>
      <w:r>
        <w:t xml:space="preserve"> </w:t>
      </w:r>
      <w:proofErr w:type="spellStart"/>
      <w:r>
        <w:t>plánu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vnitřních</w:t>
      </w:r>
      <w:proofErr w:type="spellEnd"/>
      <w:r>
        <w:t xml:space="preserve"> </w:t>
      </w:r>
      <w:proofErr w:type="spellStart"/>
      <w:r>
        <w:t>pravidel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do 30 </w:t>
      </w:r>
      <w:proofErr w:type="spellStart"/>
      <w:r>
        <w:t>dnů</w:t>
      </w:r>
      <w:proofErr w:type="spellEnd"/>
      <w:r>
        <w:t xml:space="preserve"> </w:t>
      </w:r>
      <w:proofErr w:type="gramStart"/>
      <w:r>
        <w:t>ode</w:t>
      </w:r>
      <w:proofErr w:type="gramEnd"/>
      <w:r>
        <w:t xml:space="preserve"> </w:t>
      </w:r>
      <w:proofErr w:type="spellStart"/>
      <w:r>
        <w:t>dne</w:t>
      </w:r>
      <w:proofErr w:type="spellEnd"/>
      <w:r>
        <w:t xml:space="preserve">, </w:t>
      </w:r>
      <w:proofErr w:type="spellStart"/>
      <w:r>
        <w:t>kdy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se </w:t>
      </w:r>
      <w:proofErr w:type="spellStart"/>
      <w:r>
        <w:t>změnami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>.</w:t>
      </w:r>
    </w:p>
    <w:p w14:paraId="1BB05F75" w14:textId="77777777" w:rsidR="004B3BCB" w:rsidRDefault="0000436C" w:rsidP="009D44E6">
      <w:pPr>
        <w:pStyle w:val="Nadpis1"/>
        <w:spacing w:before="60"/>
        <w:jc w:val="both"/>
      </w:pPr>
      <w:r>
        <w:t xml:space="preserve">10. </w:t>
      </w:r>
      <w:proofErr w:type="spellStart"/>
      <w:r>
        <w:t>Přerušení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omezení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</w:p>
    <w:p w14:paraId="1BB05F76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přerušit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omezit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z </w:t>
      </w:r>
      <w:proofErr w:type="spellStart"/>
      <w:r>
        <w:t>provozních</w:t>
      </w:r>
      <w:proofErr w:type="spellEnd"/>
      <w:r>
        <w:t xml:space="preserve">, </w:t>
      </w:r>
      <w:proofErr w:type="spellStart"/>
      <w:r>
        <w:t>organizačních</w:t>
      </w:r>
      <w:proofErr w:type="spellEnd"/>
      <w:r>
        <w:t xml:space="preserve">, </w:t>
      </w:r>
      <w:proofErr w:type="spellStart"/>
      <w:r>
        <w:t>technických</w:t>
      </w:r>
      <w:proofErr w:type="spellEnd"/>
      <w:r>
        <w:t xml:space="preserve">, </w:t>
      </w:r>
      <w:proofErr w:type="spellStart"/>
      <w:r>
        <w:t>hygienických</w:t>
      </w:r>
      <w:proofErr w:type="spellEnd"/>
      <w:r>
        <w:t xml:space="preserve">, </w:t>
      </w:r>
      <w:proofErr w:type="spellStart"/>
      <w:r>
        <w:t>bezpečnostních</w:t>
      </w:r>
      <w:proofErr w:type="spellEnd"/>
      <w:r>
        <w:t xml:space="preserve">, </w:t>
      </w:r>
      <w:proofErr w:type="spellStart"/>
      <w:r>
        <w:t>personálních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jiných</w:t>
      </w:r>
      <w:proofErr w:type="spellEnd"/>
      <w:r>
        <w:t xml:space="preserve"> </w:t>
      </w:r>
      <w:proofErr w:type="spellStart"/>
      <w:r>
        <w:t>závažných</w:t>
      </w:r>
      <w:proofErr w:type="spellEnd"/>
      <w:r>
        <w:t xml:space="preserve"> </w:t>
      </w:r>
      <w:proofErr w:type="spellStart"/>
      <w:r>
        <w:t>důvodů</w:t>
      </w:r>
      <w:proofErr w:type="spellEnd"/>
      <w:r>
        <w:t>.</w:t>
      </w:r>
    </w:p>
    <w:p w14:paraId="1BB05F77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Plánované</w:t>
      </w:r>
      <w:proofErr w:type="spellEnd"/>
      <w:r>
        <w:t xml:space="preserve"> </w:t>
      </w:r>
      <w:proofErr w:type="spellStart"/>
      <w:r>
        <w:t>přerušení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oznámí</w:t>
      </w:r>
      <w:proofErr w:type="spellEnd"/>
      <w:r>
        <w:t xml:space="preserve">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rodiči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1 </w:t>
      </w:r>
      <w:proofErr w:type="spellStart"/>
      <w:r>
        <w:t>měsíc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prvním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přerušení</w:t>
      </w:r>
      <w:proofErr w:type="spellEnd"/>
      <w:r>
        <w:t xml:space="preserve">. </w:t>
      </w:r>
      <w:proofErr w:type="spellStart"/>
      <w:r>
        <w:t>Není</w:t>
      </w:r>
      <w:proofErr w:type="spellEnd"/>
      <w:r>
        <w:t xml:space="preserve">-li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dodržet</w:t>
      </w:r>
      <w:proofErr w:type="spellEnd"/>
      <w:r>
        <w:t xml:space="preserve">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lhůtu</w:t>
      </w:r>
      <w:proofErr w:type="spellEnd"/>
      <w:r>
        <w:t xml:space="preserve">, </w:t>
      </w:r>
      <w:proofErr w:type="spellStart"/>
      <w:r>
        <w:t>oznámí</w:t>
      </w:r>
      <w:proofErr w:type="spellEnd"/>
      <w:r>
        <w:t xml:space="preserve"> </w:t>
      </w:r>
      <w:proofErr w:type="spellStart"/>
      <w:r>
        <w:t>přerušení</w:t>
      </w:r>
      <w:proofErr w:type="spellEnd"/>
      <w:r>
        <w:t xml:space="preserve"> </w:t>
      </w:r>
      <w:proofErr w:type="spellStart"/>
      <w:r>
        <w:t>rodiči</w:t>
      </w:r>
      <w:proofErr w:type="spellEnd"/>
      <w:r>
        <w:t xml:space="preserve">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poté</w:t>
      </w:r>
      <w:proofErr w:type="spellEnd"/>
      <w:r>
        <w:t xml:space="preserve">, co se o </w:t>
      </w:r>
      <w:proofErr w:type="spellStart"/>
      <w:r>
        <w:t>důvodu</w:t>
      </w:r>
      <w:proofErr w:type="spellEnd"/>
      <w:r>
        <w:t xml:space="preserve"> </w:t>
      </w:r>
      <w:proofErr w:type="spellStart"/>
      <w:r>
        <w:t>přerušení</w:t>
      </w:r>
      <w:proofErr w:type="spellEnd"/>
      <w:r>
        <w:t xml:space="preserve"> </w:t>
      </w:r>
      <w:proofErr w:type="spellStart"/>
      <w:r>
        <w:t>dozví</w:t>
      </w:r>
      <w:proofErr w:type="spellEnd"/>
      <w:r>
        <w:t>.</w:t>
      </w:r>
    </w:p>
    <w:p w14:paraId="1BB05F78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Oznámení</w:t>
      </w:r>
      <w:proofErr w:type="spellEnd"/>
      <w:r>
        <w:t xml:space="preserve"> o </w:t>
      </w:r>
      <w:proofErr w:type="spellStart"/>
      <w:r>
        <w:t>přerušení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zveřejní</w:t>
      </w:r>
      <w:proofErr w:type="spellEnd"/>
      <w:r>
        <w:t xml:space="preserve"> </w:t>
      </w:r>
      <w:proofErr w:type="spellStart"/>
      <w:r>
        <w:t>rovněž</w:t>
      </w:r>
      <w:proofErr w:type="spellEnd"/>
      <w:r>
        <w:t xml:space="preserve"> v </w:t>
      </w:r>
      <w:proofErr w:type="spellStart"/>
      <w:r>
        <w:t>prostorách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přístupné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>.</w:t>
      </w:r>
    </w:p>
    <w:p w14:paraId="1BB05F79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Dopad</w:t>
      </w:r>
      <w:proofErr w:type="spellEnd"/>
      <w:r>
        <w:t xml:space="preserve"> </w:t>
      </w:r>
      <w:proofErr w:type="spellStart"/>
      <w:r>
        <w:t>přerušení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omezení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měsíční</w:t>
      </w:r>
      <w:proofErr w:type="spellEnd"/>
      <w:r>
        <w:t xml:space="preserve"> </w:t>
      </w:r>
      <w:proofErr w:type="spellStart"/>
      <w:r>
        <w:t>úhradu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ceníkem</w:t>
      </w:r>
      <w:proofErr w:type="spellEnd"/>
      <w:r>
        <w:t xml:space="preserve">, </w:t>
      </w:r>
      <w:proofErr w:type="spellStart"/>
      <w:r>
        <w:t>vnitřními</w:t>
      </w:r>
      <w:proofErr w:type="spellEnd"/>
      <w:r>
        <w:t xml:space="preserve"> </w:t>
      </w:r>
      <w:proofErr w:type="spellStart"/>
      <w:r>
        <w:t>pravidly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samostatným</w:t>
      </w:r>
      <w:proofErr w:type="spellEnd"/>
      <w:r>
        <w:t xml:space="preserve"> </w:t>
      </w:r>
      <w:proofErr w:type="spellStart"/>
      <w:r>
        <w:t>rozhodnutím</w:t>
      </w:r>
      <w:proofErr w:type="spellEnd"/>
      <w:r>
        <w:t xml:space="preserve"> </w:t>
      </w:r>
      <w:proofErr w:type="spellStart"/>
      <w:r>
        <w:t>poskytovatele</w:t>
      </w:r>
      <w:proofErr w:type="spellEnd"/>
      <w:r>
        <w:t xml:space="preserve">;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nejsou</w:t>
      </w:r>
      <w:proofErr w:type="spellEnd"/>
      <w:r>
        <w:t xml:space="preserve"> </w:t>
      </w:r>
      <w:proofErr w:type="spellStart"/>
      <w:r>
        <w:t>dotčena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právních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>.</w:t>
      </w:r>
    </w:p>
    <w:p w14:paraId="1BB05F7A" w14:textId="77777777" w:rsidR="004B3BCB" w:rsidRDefault="0000436C" w:rsidP="009D44E6">
      <w:pPr>
        <w:pStyle w:val="Nadpis1"/>
        <w:spacing w:before="60"/>
        <w:jc w:val="both"/>
      </w:pPr>
      <w:r>
        <w:t xml:space="preserve">11. Doba </w:t>
      </w:r>
      <w:proofErr w:type="spellStart"/>
      <w:r>
        <w:t>trvání</w:t>
      </w:r>
      <w:proofErr w:type="spellEnd"/>
      <w:r>
        <w:t xml:space="preserve"> a </w:t>
      </w:r>
      <w:proofErr w:type="spellStart"/>
      <w:r>
        <w:t>ukončení</w:t>
      </w:r>
      <w:proofErr w:type="spellEnd"/>
      <w:r>
        <w:t xml:space="preserve"> </w:t>
      </w:r>
      <w:proofErr w:type="spellStart"/>
      <w:r>
        <w:t>smlouvy</w:t>
      </w:r>
      <w:proofErr w:type="spellEnd"/>
    </w:p>
    <w:p w14:paraId="1BB05F7B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Smlouva</w:t>
      </w:r>
      <w:proofErr w:type="spellEnd"/>
      <w:r>
        <w:t xml:space="preserve"> se </w:t>
      </w:r>
      <w:proofErr w:type="spellStart"/>
      <w:r>
        <w:t>uzavírá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určitou</w:t>
      </w:r>
      <w:proofErr w:type="spellEnd"/>
      <w:r>
        <w:t xml:space="preserve"> do 31. 8. 2027, </w:t>
      </w:r>
      <w:proofErr w:type="spellStart"/>
      <w:r>
        <w:t>není</w:t>
      </w:r>
      <w:proofErr w:type="spellEnd"/>
      <w:r>
        <w:t xml:space="preserve">-li </w:t>
      </w:r>
      <w:proofErr w:type="spellStart"/>
      <w:r>
        <w:t>ve</w:t>
      </w:r>
      <w:proofErr w:type="spellEnd"/>
      <w:r>
        <w:t xml:space="preserve"> </w:t>
      </w:r>
      <w:proofErr w:type="spellStart"/>
      <w:r>
        <w:t>smlouvě</w:t>
      </w:r>
      <w:proofErr w:type="spellEnd"/>
      <w:r>
        <w:t xml:space="preserve"> </w:t>
      </w:r>
      <w:proofErr w:type="spellStart"/>
      <w:r>
        <w:t>výslovně</w:t>
      </w:r>
      <w:proofErr w:type="spellEnd"/>
      <w:r>
        <w:t xml:space="preserve"> </w:t>
      </w:r>
      <w:proofErr w:type="spellStart"/>
      <w:r>
        <w:t>uvedeno</w:t>
      </w:r>
      <w:proofErr w:type="spellEnd"/>
      <w:r>
        <w:t xml:space="preserve"> </w:t>
      </w:r>
      <w:proofErr w:type="spellStart"/>
      <w:r>
        <w:t>kratší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>.</w:t>
      </w:r>
    </w:p>
    <w:p w14:paraId="1BB05F7C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Smlouva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ukončena</w:t>
      </w:r>
      <w:proofErr w:type="spellEnd"/>
      <w:r>
        <w:t xml:space="preserve"> </w:t>
      </w:r>
      <w:proofErr w:type="spellStart"/>
      <w:r>
        <w:t>písemnou</w:t>
      </w:r>
      <w:proofErr w:type="spellEnd"/>
      <w:r>
        <w:t xml:space="preserve"> </w:t>
      </w:r>
      <w:proofErr w:type="spellStart"/>
      <w:r>
        <w:t>dohodou</w:t>
      </w:r>
      <w:proofErr w:type="spellEnd"/>
      <w:r>
        <w:t xml:space="preserve"> </w:t>
      </w:r>
      <w:proofErr w:type="spellStart"/>
      <w:r>
        <w:t>smluvních</w:t>
      </w:r>
      <w:proofErr w:type="spellEnd"/>
      <w:r>
        <w:t xml:space="preserve"> </w:t>
      </w:r>
      <w:proofErr w:type="spellStart"/>
      <w:r>
        <w:t>stran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sjednanému</w:t>
      </w:r>
      <w:proofErr w:type="spellEnd"/>
      <w:r>
        <w:t xml:space="preserve"> </w:t>
      </w:r>
      <w:proofErr w:type="spellStart"/>
      <w:r>
        <w:t>dni</w:t>
      </w:r>
      <w:proofErr w:type="spellEnd"/>
      <w:r>
        <w:t>.</w:t>
      </w:r>
    </w:p>
    <w:p w14:paraId="1BB05F7D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Smlouvu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vypovědět</w:t>
      </w:r>
      <w:proofErr w:type="spellEnd"/>
      <w:r>
        <w:t xml:space="preserve"> </w:t>
      </w:r>
      <w:proofErr w:type="spellStart"/>
      <w:r>
        <w:t>kterákoliv</w:t>
      </w:r>
      <w:proofErr w:type="spellEnd"/>
      <w:r>
        <w:t xml:space="preserve"> </w:t>
      </w:r>
      <w:proofErr w:type="spellStart"/>
      <w:r>
        <w:t>smluvní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písemnou</w:t>
      </w:r>
      <w:proofErr w:type="spellEnd"/>
      <w:r>
        <w:t xml:space="preserve"> </w:t>
      </w:r>
      <w:proofErr w:type="spellStart"/>
      <w:r>
        <w:t>výpovědí</w:t>
      </w:r>
      <w:proofErr w:type="spellEnd"/>
      <w:r>
        <w:t xml:space="preserve"> s </w:t>
      </w:r>
      <w:proofErr w:type="spellStart"/>
      <w:r>
        <w:t>výpovědní</w:t>
      </w:r>
      <w:proofErr w:type="spellEnd"/>
      <w:r>
        <w:t xml:space="preserve"> </w:t>
      </w:r>
      <w:proofErr w:type="spellStart"/>
      <w:r>
        <w:t>dobou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měsíců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počíná</w:t>
      </w:r>
      <w:proofErr w:type="spellEnd"/>
      <w:r>
        <w:t xml:space="preserve"> </w:t>
      </w:r>
      <w:proofErr w:type="spellStart"/>
      <w:r>
        <w:t>běžet</w:t>
      </w:r>
      <w:proofErr w:type="spellEnd"/>
      <w:r>
        <w:t xml:space="preserve"> </w:t>
      </w:r>
      <w:proofErr w:type="spellStart"/>
      <w:r>
        <w:t>prvním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 xml:space="preserve"> </w:t>
      </w:r>
      <w:proofErr w:type="spellStart"/>
      <w:r>
        <w:t>následujícího</w:t>
      </w:r>
      <w:proofErr w:type="spellEnd"/>
      <w:r>
        <w:t xml:space="preserve"> po </w:t>
      </w:r>
      <w:proofErr w:type="spellStart"/>
      <w:r>
        <w:t>doručení</w:t>
      </w:r>
      <w:proofErr w:type="spellEnd"/>
      <w:r>
        <w:t xml:space="preserve"> </w:t>
      </w:r>
      <w:proofErr w:type="spellStart"/>
      <w:r>
        <w:t>výpovědi</w:t>
      </w:r>
      <w:proofErr w:type="spellEnd"/>
      <w:r>
        <w:t xml:space="preserve"> </w:t>
      </w:r>
      <w:proofErr w:type="spellStart"/>
      <w:r>
        <w:t>druhé</w:t>
      </w:r>
      <w:proofErr w:type="spellEnd"/>
      <w:r>
        <w:t xml:space="preserve"> </w:t>
      </w:r>
      <w:proofErr w:type="spellStart"/>
      <w:r>
        <w:t>smluvní</w:t>
      </w:r>
      <w:proofErr w:type="spellEnd"/>
      <w:r>
        <w:t xml:space="preserve"> </w:t>
      </w:r>
      <w:proofErr w:type="spellStart"/>
      <w:r>
        <w:t>straně</w:t>
      </w:r>
      <w:proofErr w:type="spellEnd"/>
      <w:r>
        <w:t xml:space="preserve">, </w:t>
      </w:r>
      <w:proofErr w:type="spellStart"/>
      <w:r>
        <w:t>není</w:t>
      </w:r>
      <w:proofErr w:type="spellEnd"/>
      <w:r>
        <w:t xml:space="preserve">-li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dohodnuto</w:t>
      </w:r>
      <w:proofErr w:type="spellEnd"/>
      <w:r>
        <w:t xml:space="preserve"> </w:t>
      </w:r>
      <w:proofErr w:type="spellStart"/>
      <w:r>
        <w:t>jinak</w:t>
      </w:r>
      <w:proofErr w:type="spellEnd"/>
      <w:r>
        <w:t>.</w:t>
      </w:r>
    </w:p>
    <w:p w14:paraId="1BB05F7E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je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</w:t>
      </w:r>
      <w:proofErr w:type="spellStart"/>
      <w:r>
        <w:t>ukončit</w:t>
      </w:r>
      <w:proofErr w:type="spellEnd"/>
      <w:r>
        <w:t xml:space="preserve"> s </w:t>
      </w:r>
      <w:proofErr w:type="spellStart"/>
      <w:r>
        <w:t>okamžitou</w:t>
      </w:r>
      <w:proofErr w:type="spellEnd"/>
      <w:r>
        <w:t xml:space="preserve"> </w:t>
      </w:r>
      <w:proofErr w:type="spellStart"/>
      <w:r>
        <w:t>účinností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dni</w:t>
      </w:r>
      <w:proofErr w:type="spellEnd"/>
      <w:r>
        <w:t xml:space="preserve"> </w:t>
      </w:r>
      <w:proofErr w:type="spellStart"/>
      <w:r>
        <w:t>doručení</w:t>
      </w:r>
      <w:proofErr w:type="spellEnd"/>
      <w:r>
        <w:t xml:space="preserve"> </w:t>
      </w:r>
      <w:proofErr w:type="spellStart"/>
      <w:r>
        <w:t>oznámení</w:t>
      </w:r>
      <w:proofErr w:type="spellEnd"/>
      <w:r>
        <w:t xml:space="preserve"> </w:t>
      </w:r>
      <w:proofErr w:type="spellStart"/>
      <w:r>
        <w:t>rodiči</w:t>
      </w:r>
      <w:proofErr w:type="spellEnd"/>
      <w:r>
        <w:t xml:space="preserve"> 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závažného</w:t>
      </w:r>
      <w:proofErr w:type="spellEnd"/>
      <w:r>
        <w:t xml:space="preserve"> </w:t>
      </w:r>
      <w:proofErr w:type="spellStart"/>
      <w:r>
        <w:t>porušení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, </w:t>
      </w:r>
      <w:proofErr w:type="spellStart"/>
      <w:r>
        <w:t>zejména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ohrožení</w:t>
      </w:r>
      <w:proofErr w:type="spellEnd"/>
      <w:r>
        <w:t xml:space="preserve"> </w:t>
      </w:r>
      <w:proofErr w:type="spellStart"/>
      <w:r>
        <w:t>bezpečnosti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, </w:t>
      </w:r>
      <w:proofErr w:type="spellStart"/>
      <w:r>
        <w:t>závažném</w:t>
      </w:r>
      <w:proofErr w:type="spellEnd"/>
      <w:r>
        <w:t xml:space="preserve"> </w:t>
      </w:r>
      <w:proofErr w:type="spellStart"/>
      <w:r>
        <w:t>narušení</w:t>
      </w:r>
      <w:proofErr w:type="spellEnd"/>
      <w:r>
        <w:t xml:space="preserve"> </w:t>
      </w:r>
      <w:proofErr w:type="spellStart"/>
      <w:r>
        <w:t>provozu</w:t>
      </w:r>
      <w:proofErr w:type="spellEnd"/>
      <w:r>
        <w:t xml:space="preserve">, </w:t>
      </w:r>
      <w:proofErr w:type="spellStart"/>
      <w:r>
        <w:t>uvedení</w:t>
      </w:r>
      <w:proofErr w:type="spellEnd"/>
      <w:r>
        <w:t xml:space="preserve"> </w:t>
      </w:r>
      <w:proofErr w:type="spellStart"/>
      <w:r>
        <w:t>nepravdivých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</w:t>
      </w:r>
      <w:proofErr w:type="spellStart"/>
      <w:r>
        <w:t>rozhodných</w:t>
      </w:r>
      <w:proofErr w:type="spellEnd"/>
      <w:r>
        <w:t xml:space="preserve"> pro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pro </w:t>
      </w:r>
      <w:proofErr w:type="spellStart"/>
      <w:r>
        <w:t>čerpání</w:t>
      </w:r>
      <w:proofErr w:type="spellEnd"/>
      <w:r>
        <w:t xml:space="preserve"> </w:t>
      </w:r>
      <w:proofErr w:type="spellStart"/>
      <w:r>
        <w:t>státního</w:t>
      </w:r>
      <w:proofErr w:type="spellEnd"/>
      <w:r>
        <w:t xml:space="preserve"> </w:t>
      </w:r>
      <w:proofErr w:type="spellStart"/>
      <w:r>
        <w:t>příspěvku</w:t>
      </w:r>
      <w:proofErr w:type="spellEnd"/>
      <w:r>
        <w:t xml:space="preserve">, </w:t>
      </w:r>
      <w:proofErr w:type="spellStart"/>
      <w:r>
        <w:t>opakovaném</w:t>
      </w:r>
      <w:proofErr w:type="spellEnd"/>
      <w:r>
        <w:t xml:space="preserve"> </w:t>
      </w:r>
      <w:proofErr w:type="spellStart"/>
      <w:r>
        <w:t>neuhrazení</w:t>
      </w:r>
      <w:proofErr w:type="spellEnd"/>
      <w:r>
        <w:t xml:space="preserve"> </w:t>
      </w:r>
      <w:proofErr w:type="spellStart"/>
      <w:r>
        <w:t>plateb</w:t>
      </w:r>
      <w:proofErr w:type="spellEnd"/>
      <w:r>
        <w:t xml:space="preserve">, </w:t>
      </w:r>
      <w:proofErr w:type="spellStart"/>
      <w:r>
        <w:t>opakovaném</w:t>
      </w:r>
      <w:proofErr w:type="spellEnd"/>
      <w:r>
        <w:t xml:space="preserve"> </w:t>
      </w:r>
      <w:proofErr w:type="spellStart"/>
      <w:r>
        <w:t>pozdním</w:t>
      </w:r>
      <w:proofErr w:type="spellEnd"/>
      <w:r>
        <w:t xml:space="preserve"> </w:t>
      </w:r>
      <w:proofErr w:type="spellStart"/>
      <w:r>
        <w:t>vyzvedávání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opakovaném</w:t>
      </w:r>
      <w:proofErr w:type="spellEnd"/>
      <w:r>
        <w:t xml:space="preserve"> </w:t>
      </w:r>
      <w:proofErr w:type="spellStart"/>
      <w:r>
        <w:t>porušování</w:t>
      </w:r>
      <w:proofErr w:type="spellEnd"/>
      <w:r>
        <w:t xml:space="preserve"> </w:t>
      </w:r>
      <w:proofErr w:type="spellStart"/>
      <w:r>
        <w:t>vnitřních</w:t>
      </w:r>
      <w:proofErr w:type="spellEnd"/>
      <w:r>
        <w:t xml:space="preserve"> </w:t>
      </w:r>
      <w:proofErr w:type="spellStart"/>
      <w:r>
        <w:t>pravidel</w:t>
      </w:r>
      <w:proofErr w:type="spellEnd"/>
      <w:r>
        <w:t>.</w:t>
      </w:r>
    </w:p>
    <w:p w14:paraId="1BB05F7F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r>
        <w:t xml:space="preserve">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méně</w:t>
      </w:r>
      <w:proofErr w:type="spellEnd"/>
      <w:r>
        <w:t xml:space="preserve"> </w:t>
      </w:r>
      <w:proofErr w:type="spellStart"/>
      <w:r>
        <w:t>závažného</w:t>
      </w:r>
      <w:proofErr w:type="spellEnd"/>
      <w:r>
        <w:t xml:space="preserve"> </w:t>
      </w:r>
      <w:proofErr w:type="spellStart"/>
      <w:r>
        <w:t>porušení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nejprve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upozorní</w:t>
      </w:r>
      <w:proofErr w:type="spellEnd"/>
      <w:r>
        <w:t xml:space="preserve"> a </w:t>
      </w:r>
      <w:proofErr w:type="spellStart"/>
      <w:r>
        <w:t>stanoví</w:t>
      </w:r>
      <w:proofErr w:type="spellEnd"/>
      <w:r>
        <w:t xml:space="preserve"> mu </w:t>
      </w:r>
      <w:proofErr w:type="spellStart"/>
      <w:r>
        <w:t>přiměřenou</w:t>
      </w:r>
      <w:proofErr w:type="spellEnd"/>
      <w:r>
        <w:t xml:space="preserve"> </w:t>
      </w:r>
      <w:proofErr w:type="spellStart"/>
      <w:r>
        <w:t>lhůtu</w:t>
      </w:r>
      <w:proofErr w:type="spellEnd"/>
      <w:r>
        <w:t xml:space="preserve"> k </w:t>
      </w:r>
      <w:proofErr w:type="spellStart"/>
      <w:r>
        <w:t>nápravě</w:t>
      </w:r>
      <w:proofErr w:type="spellEnd"/>
      <w:r>
        <w:t xml:space="preserve">; </w:t>
      </w:r>
      <w:proofErr w:type="spellStart"/>
      <w:r>
        <w:t>nedojde</w:t>
      </w:r>
      <w:proofErr w:type="spellEnd"/>
      <w:r>
        <w:t xml:space="preserve">-li k </w:t>
      </w:r>
      <w:proofErr w:type="spellStart"/>
      <w:r>
        <w:t>nápravě</w:t>
      </w:r>
      <w:proofErr w:type="spellEnd"/>
      <w:r>
        <w:t xml:space="preserve">, je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</w:t>
      </w:r>
      <w:proofErr w:type="spellStart"/>
      <w:r>
        <w:t>vypovědět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ukončit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povahy</w:t>
      </w:r>
      <w:proofErr w:type="spellEnd"/>
      <w:r>
        <w:t xml:space="preserve"> </w:t>
      </w:r>
      <w:proofErr w:type="spellStart"/>
      <w:r>
        <w:t>porušení</w:t>
      </w:r>
      <w:proofErr w:type="spellEnd"/>
      <w:r>
        <w:t>.</w:t>
      </w:r>
    </w:p>
    <w:p w14:paraId="1BB05F80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změně</w:t>
      </w:r>
      <w:proofErr w:type="spellEnd"/>
      <w:r>
        <w:t xml:space="preserve"> </w:t>
      </w:r>
      <w:proofErr w:type="spellStart"/>
      <w:r>
        <w:t>plánu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vnitřních</w:t>
      </w:r>
      <w:proofErr w:type="spellEnd"/>
      <w:r>
        <w:t xml:space="preserve"> </w:t>
      </w:r>
      <w:proofErr w:type="spellStart"/>
      <w:r>
        <w:t>pravidel</w:t>
      </w:r>
      <w:proofErr w:type="spellEnd"/>
      <w:r>
        <w:t xml:space="preserve"> do 30 </w:t>
      </w:r>
      <w:proofErr w:type="spellStart"/>
      <w:r>
        <w:t>dnů</w:t>
      </w:r>
      <w:proofErr w:type="spellEnd"/>
      <w:r>
        <w:t xml:space="preserve"> </w:t>
      </w:r>
      <w:proofErr w:type="gramStart"/>
      <w:r>
        <w:t>ode</w:t>
      </w:r>
      <w:proofErr w:type="gramEnd"/>
      <w:r>
        <w:t xml:space="preserve"> </w:t>
      </w:r>
      <w:proofErr w:type="spellStart"/>
      <w:r>
        <w:t>dne</w:t>
      </w:r>
      <w:proofErr w:type="spellEnd"/>
      <w:r>
        <w:t xml:space="preserve">, </w:t>
      </w:r>
      <w:proofErr w:type="spellStart"/>
      <w:r>
        <w:t>kdy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se </w:t>
      </w:r>
      <w:proofErr w:type="spellStart"/>
      <w:r>
        <w:t>změnami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>.</w:t>
      </w:r>
    </w:p>
    <w:p w14:paraId="1BB05F81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hodlá</w:t>
      </w:r>
      <w:proofErr w:type="spellEnd"/>
      <w:r>
        <w:t xml:space="preserve"> </w:t>
      </w:r>
      <w:proofErr w:type="spellStart"/>
      <w:r>
        <w:t>ukončit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</w:t>
      </w:r>
      <w:proofErr w:type="spellStart"/>
      <w:r>
        <w:t>dítě</w:t>
      </w:r>
      <w:proofErr w:type="spellEnd"/>
      <w:r>
        <w:t xml:space="preserve"> v </w:t>
      </w:r>
      <w:proofErr w:type="spellStart"/>
      <w:r>
        <w:t>příslušné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takové</w:t>
      </w:r>
      <w:proofErr w:type="spellEnd"/>
      <w:r>
        <w:t xml:space="preserve">, </w:t>
      </w:r>
      <w:proofErr w:type="spellStart"/>
      <w:r>
        <w:t>seznámí</w:t>
      </w:r>
      <w:proofErr w:type="spellEnd"/>
      <w:r>
        <w:t xml:space="preserve"> s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nejméně</w:t>
      </w:r>
      <w:proofErr w:type="spellEnd"/>
      <w:r>
        <w:t xml:space="preserve"> 3 </w:t>
      </w:r>
      <w:proofErr w:type="spellStart"/>
      <w:r>
        <w:t>měsíce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vyvěšením</w:t>
      </w:r>
      <w:proofErr w:type="spellEnd"/>
      <w:r>
        <w:t xml:space="preserve"> </w:t>
      </w:r>
      <w:proofErr w:type="spellStart"/>
      <w:r>
        <w:t>oznámení</w:t>
      </w:r>
      <w:proofErr w:type="spellEnd"/>
      <w:r>
        <w:t xml:space="preserve"> v </w:t>
      </w:r>
      <w:proofErr w:type="spellStart"/>
      <w:r>
        <w:t>prostorách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 </w:t>
      </w:r>
      <w:proofErr w:type="spellStart"/>
      <w:r>
        <w:t>přístupných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 xml:space="preserve">, </w:t>
      </w:r>
      <w:proofErr w:type="spellStart"/>
      <w:r>
        <w:t>popřípadě</w:t>
      </w:r>
      <w:proofErr w:type="spellEnd"/>
      <w:r>
        <w:t xml:space="preserve"> </w:t>
      </w:r>
      <w:proofErr w:type="spellStart"/>
      <w:r>
        <w:t>také</w:t>
      </w:r>
      <w:proofErr w:type="spellEnd"/>
      <w:r>
        <w:t xml:space="preserve"> </w:t>
      </w:r>
      <w:proofErr w:type="spellStart"/>
      <w:r>
        <w:t>dálkovým</w:t>
      </w:r>
      <w:proofErr w:type="spellEnd"/>
      <w:r>
        <w:t xml:space="preserve"> </w:t>
      </w:r>
      <w:proofErr w:type="spellStart"/>
      <w:r>
        <w:t>způsobem</w:t>
      </w:r>
      <w:proofErr w:type="spellEnd"/>
      <w:r>
        <w:t>.</w:t>
      </w:r>
    </w:p>
    <w:p w14:paraId="1BB05F82" w14:textId="77777777" w:rsidR="004B3BCB" w:rsidRDefault="0000436C" w:rsidP="009D44E6">
      <w:pPr>
        <w:pStyle w:val="Nadpis1"/>
        <w:spacing w:before="60"/>
        <w:jc w:val="both"/>
      </w:pPr>
      <w:r>
        <w:t xml:space="preserve">12. </w:t>
      </w:r>
      <w:proofErr w:type="spellStart"/>
      <w:r>
        <w:t>Ochrana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</w:p>
    <w:p w14:paraId="1BB05F83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zpracovává</w:t>
      </w:r>
      <w:proofErr w:type="spellEnd"/>
      <w:r>
        <w:t xml:space="preserve"> </w:t>
      </w:r>
      <w:proofErr w:type="spellStart"/>
      <w:r>
        <w:t>osobní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, </w:t>
      </w:r>
      <w:proofErr w:type="spellStart"/>
      <w:r>
        <w:t>rodičů</w:t>
      </w:r>
      <w:proofErr w:type="spellEnd"/>
      <w:r>
        <w:t xml:space="preserve"> a </w:t>
      </w:r>
      <w:proofErr w:type="spellStart"/>
      <w:r>
        <w:t>pověřených</w:t>
      </w:r>
      <w:proofErr w:type="spellEnd"/>
      <w:r>
        <w:t xml:space="preserve"> </w:t>
      </w:r>
      <w:proofErr w:type="spellStart"/>
      <w:r>
        <w:t>osob</w:t>
      </w:r>
      <w:proofErr w:type="spellEnd"/>
      <w:r>
        <w:t xml:space="preserve"> v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nezbytném</w:t>
      </w:r>
      <w:proofErr w:type="spellEnd"/>
      <w:r>
        <w:t xml:space="preserve"> pro </w:t>
      </w:r>
      <w:proofErr w:type="spellStart"/>
      <w:r>
        <w:t>uzavření</w:t>
      </w:r>
      <w:proofErr w:type="spellEnd"/>
      <w:r>
        <w:t xml:space="preserve"> a </w:t>
      </w:r>
      <w:proofErr w:type="spellStart"/>
      <w:r>
        <w:t>plnění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, </w:t>
      </w:r>
      <w:proofErr w:type="spellStart"/>
      <w:r>
        <w:t>vedení</w:t>
      </w:r>
      <w:proofErr w:type="spellEnd"/>
      <w:r>
        <w:t xml:space="preserve"> evidence </w:t>
      </w:r>
      <w:proofErr w:type="spellStart"/>
      <w:r>
        <w:t>dětí</w:t>
      </w:r>
      <w:proofErr w:type="spellEnd"/>
      <w:r>
        <w:t xml:space="preserve">, </w:t>
      </w:r>
      <w:proofErr w:type="spellStart"/>
      <w:r>
        <w:t>splnění</w:t>
      </w:r>
      <w:proofErr w:type="spellEnd"/>
      <w:r>
        <w:t xml:space="preserve"> </w:t>
      </w:r>
      <w:proofErr w:type="spellStart"/>
      <w:r>
        <w:t>zákonných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oprávněné</w:t>
      </w:r>
      <w:proofErr w:type="spellEnd"/>
      <w:r>
        <w:t xml:space="preserve"> </w:t>
      </w:r>
      <w:proofErr w:type="spellStart"/>
      <w:r>
        <w:t>zájmy</w:t>
      </w:r>
      <w:proofErr w:type="spellEnd"/>
      <w:r>
        <w:t xml:space="preserve"> </w:t>
      </w:r>
      <w:proofErr w:type="spellStart"/>
      <w:r>
        <w:t>poskytovatele</w:t>
      </w:r>
      <w:proofErr w:type="spellEnd"/>
      <w:r>
        <w:t>.</w:t>
      </w:r>
    </w:p>
    <w:p w14:paraId="1BB05F84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Informace</w:t>
      </w:r>
      <w:proofErr w:type="spellEnd"/>
      <w:r>
        <w:t xml:space="preserve"> o </w:t>
      </w:r>
      <w:proofErr w:type="spellStart"/>
      <w:r>
        <w:t>zpracování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</w:t>
      </w:r>
      <w:proofErr w:type="spellStart"/>
      <w:r>
        <w:t>tvoří</w:t>
      </w:r>
      <w:proofErr w:type="spellEnd"/>
      <w:r>
        <w:t xml:space="preserve"> </w:t>
      </w:r>
      <w:proofErr w:type="spellStart"/>
      <w:r>
        <w:t>samostatný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předaný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zpřístupněný</w:t>
      </w:r>
      <w:proofErr w:type="spellEnd"/>
      <w:r>
        <w:t xml:space="preserve"> </w:t>
      </w:r>
      <w:proofErr w:type="spellStart"/>
      <w:r>
        <w:t>rodiči</w:t>
      </w:r>
      <w:proofErr w:type="spellEnd"/>
      <w:r>
        <w:t xml:space="preserve">. </w:t>
      </w:r>
      <w:proofErr w:type="spellStart"/>
      <w:r>
        <w:t>Souhlas</w:t>
      </w:r>
      <w:proofErr w:type="spellEnd"/>
      <w:r>
        <w:t xml:space="preserve"> se </w:t>
      </w:r>
      <w:proofErr w:type="spellStart"/>
      <w:r>
        <w:t>zpracováním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se </w:t>
      </w:r>
      <w:proofErr w:type="spellStart"/>
      <w:r>
        <w:t>vyžaduje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pro </w:t>
      </w:r>
      <w:proofErr w:type="spellStart"/>
      <w:r>
        <w:t>účely</w:t>
      </w:r>
      <w:proofErr w:type="spellEnd"/>
      <w:r>
        <w:t xml:space="preserve">, u </w:t>
      </w:r>
      <w:proofErr w:type="spellStart"/>
      <w:r>
        <w:t>nichž</w:t>
      </w:r>
      <w:proofErr w:type="spellEnd"/>
      <w:r>
        <w:t xml:space="preserve"> </w:t>
      </w:r>
      <w:proofErr w:type="spellStart"/>
      <w:r>
        <w:t>nelze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t xml:space="preserve"> </w:t>
      </w:r>
      <w:proofErr w:type="spellStart"/>
      <w:r>
        <w:t>opřít</w:t>
      </w:r>
      <w:proofErr w:type="spellEnd"/>
      <w:r>
        <w:t xml:space="preserve"> o </w:t>
      </w:r>
      <w:proofErr w:type="spellStart"/>
      <w:r>
        <w:t>jiný</w:t>
      </w:r>
      <w:proofErr w:type="spellEnd"/>
      <w:r>
        <w:t xml:space="preserve"> </w:t>
      </w:r>
      <w:proofErr w:type="spellStart"/>
      <w:r>
        <w:t>právní</w:t>
      </w:r>
      <w:proofErr w:type="spellEnd"/>
      <w:r>
        <w:t xml:space="preserve"> </w:t>
      </w:r>
      <w:proofErr w:type="spellStart"/>
      <w:r>
        <w:t>titul</w:t>
      </w:r>
      <w:proofErr w:type="spellEnd"/>
      <w:r>
        <w:t xml:space="preserve">, </w:t>
      </w:r>
      <w:proofErr w:type="spellStart"/>
      <w:r>
        <w:t>například</w:t>
      </w:r>
      <w:proofErr w:type="spellEnd"/>
      <w:r>
        <w:t xml:space="preserve"> pro </w:t>
      </w:r>
      <w:proofErr w:type="spellStart"/>
      <w:r>
        <w:t>vybrané</w:t>
      </w:r>
      <w:proofErr w:type="spellEnd"/>
      <w:r>
        <w:t xml:space="preserve"> </w:t>
      </w:r>
      <w:proofErr w:type="spellStart"/>
      <w:r>
        <w:t>propagační</w:t>
      </w:r>
      <w:proofErr w:type="spellEnd"/>
      <w:r>
        <w:t xml:space="preserve"> </w:t>
      </w:r>
      <w:proofErr w:type="spellStart"/>
      <w:r>
        <w:t>použití</w:t>
      </w:r>
      <w:proofErr w:type="spellEnd"/>
      <w:r>
        <w:t xml:space="preserve"> </w:t>
      </w:r>
      <w:proofErr w:type="spellStart"/>
      <w:r>
        <w:t>fotografií</w:t>
      </w:r>
      <w:proofErr w:type="spellEnd"/>
      <w:r>
        <w:t>.</w:t>
      </w:r>
    </w:p>
    <w:p w14:paraId="1BB05F85" w14:textId="77777777" w:rsidR="004B3BCB" w:rsidRDefault="0000436C" w:rsidP="009D44E6">
      <w:pPr>
        <w:pStyle w:val="Nadpis1"/>
        <w:spacing w:before="60"/>
        <w:jc w:val="both"/>
      </w:pPr>
      <w:r>
        <w:t xml:space="preserve">13. </w:t>
      </w:r>
      <w:proofErr w:type="spellStart"/>
      <w:r>
        <w:t>Závěrečná</w:t>
      </w:r>
      <w:proofErr w:type="spellEnd"/>
      <w:r>
        <w:t xml:space="preserve"> </w:t>
      </w:r>
      <w:proofErr w:type="spellStart"/>
      <w:r>
        <w:t>ustanovení</w:t>
      </w:r>
      <w:proofErr w:type="spellEnd"/>
    </w:p>
    <w:p w14:paraId="1BB05F86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</w:t>
      </w:r>
      <w:proofErr w:type="spellStart"/>
      <w:r>
        <w:t>uzavřeno</w:t>
      </w:r>
      <w:proofErr w:type="spellEnd"/>
      <w:r>
        <w:t xml:space="preserve"> </w:t>
      </w:r>
      <w:proofErr w:type="spellStart"/>
      <w:r>
        <w:t>pojištění</w:t>
      </w:r>
      <w:proofErr w:type="spellEnd"/>
      <w:r>
        <w:t xml:space="preserve"> </w:t>
      </w:r>
      <w:proofErr w:type="spellStart"/>
      <w:r>
        <w:t>odpovědnosti</w:t>
      </w:r>
      <w:proofErr w:type="spellEnd"/>
      <w:r>
        <w:t xml:space="preserve"> za </w:t>
      </w:r>
      <w:proofErr w:type="spellStart"/>
      <w:r>
        <w:t>újmu</w:t>
      </w:r>
      <w:proofErr w:type="spellEnd"/>
      <w:r>
        <w:t xml:space="preserve"> </w:t>
      </w:r>
      <w:proofErr w:type="spellStart"/>
      <w:r>
        <w:t>způsobenou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</w:t>
      </w:r>
      <w:proofErr w:type="spellStart"/>
      <w:r>
        <w:t>dítě</w:t>
      </w:r>
      <w:proofErr w:type="spellEnd"/>
      <w:r>
        <w:t xml:space="preserve"> v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 xml:space="preserve"> po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>.</w:t>
      </w:r>
    </w:p>
    <w:p w14:paraId="1BB05F87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Změny</w:t>
      </w:r>
      <w:proofErr w:type="spellEnd"/>
      <w:r>
        <w:t xml:space="preserve"> a </w:t>
      </w:r>
      <w:proofErr w:type="spellStart"/>
      <w:r>
        <w:t>doplňky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činit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písemnými</w:t>
      </w:r>
      <w:proofErr w:type="spellEnd"/>
      <w:r>
        <w:t xml:space="preserve">, </w:t>
      </w:r>
      <w:proofErr w:type="spellStart"/>
      <w:r>
        <w:t>číslovanými</w:t>
      </w:r>
      <w:proofErr w:type="spellEnd"/>
      <w:r>
        <w:t xml:space="preserve"> </w:t>
      </w:r>
      <w:proofErr w:type="spellStart"/>
      <w:r>
        <w:t>dodatky</w:t>
      </w:r>
      <w:proofErr w:type="spellEnd"/>
      <w:r>
        <w:t xml:space="preserve"> </w:t>
      </w:r>
      <w:proofErr w:type="spellStart"/>
      <w:r>
        <w:t>podepsanými</w:t>
      </w:r>
      <w:proofErr w:type="spellEnd"/>
      <w:r>
        <w:t xml:space="preserve"> </w:t>
      </w:r>
      <w:proofErr w:type="spellStart"/>
      <w:r>
        <w:t>oběma</w:t>
      </w:r>
      <w:proofErr w:type="spellEnd"/>
      <w:r>
        <w:t xml:space="preserve"> </w:t>
      </w:r>
      <w:proofErr w:type="spellStart"/>
      <w:r>
        <w:t>smluvními</w:t>
      </w:r>
      <w:proofErr w:type="spellEnd"/>
      <w:r>
        <w:t xml:space="preserve"> </w:t>
      </w:r>
      <w:proofErr w:type="spellStart"/>
      <w:r>
        <w:t>stranami</w:t>
      </w:r>
      <w:proofErr w:type="spellEnd"/>
      <w:r>
        <w:t xml:space="preserve">, </w:t>
      </w:r>
      <w:proofErr w:type="spellStart"/>
      <w:r>
        <w:t>není</w:t>
      </w:r>
      <w:proofErr w:type="spellEnd"/>
      <w:r>
        <w:t xml:space="preserve">-li v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smlouvě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právním</w:t>
      </w:r>
      <w:proofErr w:type="spellEnd"/>
      <w:r>
        <w:t xml:space="preserve"> </w:t>
      </w:r>
      <w:proofErr w:type="spellStart"/>
      <w:r>
        <w:t>předpisu</w:t>
      </w:r>
      <w:proofErr w:type="spellEnd"/>
      <w:r>
        <w:t xml:space="preserve"> </w:t>
      </w:r>
      <w:proofErr w:type="spellStart"/>
      <w:r>
        <w:t>stanoveno</w:t>
      </w:r>
      <w:proofErr w:type="spellEnd"/>
      <w:r>
        <w:t xml:space="preserve"> </w:t>
      </w:r>
      <w:proofErr w:type="spellStart"/>
      <w:r>
        <w:t>jinak</w:t>
      </w:r>
      <w:proofErr w:type="spellEnd"/>
      <w:r>
        <w:t>.</w:t>
      </w:r>
    </w:p>
    <w:p w14:paraId="1BB05F88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rPr>
          <w:b/>
        </w:rPr>
        <w:t>Nedílnou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součástí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této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smlouvy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jsou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Příloha</w:t>
      </w:r>
      <w:proofErr w:type="spellEnd"/>
      <w:r>
        <w:rPr>
          <w:b/>
        </w:rPr>
        <w:t xml:space="preserve"> č. 1 – </w:t>
      </w:r>
      <w:proofErr w:type="spellStart"/>
      <w:r>
        <w:rPr>
          <w:b/>
        </w:rPr>
        <w:t>Ceník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úhrady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poskytování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služby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péče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dítě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Příloha</w:t>
      </w:r>
      <w:proofErr w:type="spellEnd"/>
      <w:r>
        <w:rPr>
          <w:b/>
        </w:rPr>
        <w:t xml:space="preserve"> č. 2 – </w:t>
      </w:r>
      <w:proofErr w:type="spellStart"/>
      <w:r>
        <w:rPr>
          <w:b/>
        </w:rPr>
        <w:t>Vnitřní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pravidla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provozní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řád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dětské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skupiny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Příloha</w:t>
      </w:r>
      <w:proofErr w:type="spellEnd"/>
      <w:r>
        <w:rPr>
          <w:b/>
        </w:rPr>
        <w:t xml:space="preserve"> č. 3 – </w:t>
      </w:r>
      <w:proofErr w:type="spellStart"/>
      <w:r>
        <w:rPr>
          <w:b/>
        </w:rPr>
        <w:t>Plán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výchovy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péče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Příloha</w:t>
      </w:r>
      <w:proofErr w:type="spellEnd"/>
      <w:r>
        <w:rPr>
          <w:b/>
        </w:rPr>
        <w:t xml:space="preserve"> č. 4 – </w:t>
      </w:r>
      <w:proofErr w:type="spellStart"/>
      <w:r>
        <w:rPr>
          <w:b/>
        </w:rPr>
        <w:t>Informace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zpracování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osobních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údajů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Příloha</w:t>
      </w:r>
      <w:proofErr w:type="spellEnd"/>
      <w:r>
        <w:rPr>
          <w:b/>
        </w:rPr>
        <w:t xml:space="preserve"> č. 5 – </w:t>
      </w:r>
      <w:proofErr w:type="spellStart"/>
      <w:r>
        <w:rPr>
          <w:b/>
        </w:rPr>
        <w:t>Seznam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osob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oprávněných</w:t>
      </w:r>
      <w:proofErr w:type="spellEnd"/>
      <w:r>
        <w:rPr>
          <w:b/>
        </w:rPr>
        <w:t xml:space="preserve"> k </w:t>
      </w:r>
      <w:proofErr w:type="spellStart"/>
      <w:r>
        <w:rPr>
          <w:b/>
        </w:rPr>
        <w:t>vyzvedávání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dítěte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případně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další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dokumenty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vyžadované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právními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předpisy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nebo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vnitřními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pravidly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poskytovatele</w:t>
      </w:r>
      <w:proofErr w:type="spellEnd"/>
      <w:r>
        <w:rPr>
          <w:b/>
        </w:rPr>
        <w:t>.</w:t>
      </w:r>
    </w:p>
    <w:p w14:paraId="1BB05F89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Smlouva</w:t>
      </w:r>
      <w:proofErr w:type="spellEnd"/>
      <w:r>
        <w:t xml:space="preserve"> </w:t>
      </w:r>
      <w:proofErr w:type="spellStart"/>
      <w:r>
        <w:t>včetně</w:t>
      </w:r>
      <w:proofErr w:type="spellEnd"/>
      <w:r>
        <w:t xml:space="preserve"> </w:t>
      </w:r>
      <w:proofErr w:type="spellStart"/>
      <w:r>
        <w:t>příloh</w:t>
      </w:r>
      <w:proofErr w:type="spellEnd"/>
      <w:r>
        <w:t xml:space="preserve"> je </w:t>
      </w:r>
      <w:proofErr w:type="spellStart"/>
      <w:r>
        <w:t>součástí</w:t>
      </w:r>
      <w:proofErr w:type="spellEnd"/>
      <w:r>
        <w:t xml:space="preserve"> evidence </w:t>
      </w:r>
      <w:proofErr w:type="spellStart"/>
      <w:r>
        <w:t>dětí</w:t>
      </w:r>
      <w:proofErr w:type="spellEnd"/>
      <w:r>
        <w:t xml:space="preserve"> v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 xml:space="preserve"> a </w:t>
      </w:r>
      <w:proofErr w:type="spellStart"/>
      <w:r>
        <w:t>poskytovatel</w:t>
      </w:r>
      <w:proofErr w:type="spellEnd"/>
      <w:r>
        <w:t xml:space="preserve"> ji </w:t>
      </w:r>
      <w:proofErr w:type="spellStart"/>
      <w:r>
        <w:t>uchovává</w:t>
      </w:r>
      <w:proofErr w:type="spellEnd"/>
      <w:r>
        <w:t xml:space="preserve"> po </w:t>
      </w:r>
      <w:proofErr w:type="spellStart"/>
      <w:r>
        <w:t>dobu</w:t>
      </w:r>
      <w:proofErr w:type="spellEnd"/>
      <w:r>
        <w:t xml:space="preserve"> 10 let od </w:t>
      </w:r>
      <w:proofErr w:type="spellStart"/>
      <w:r>
        <w:t>ukončení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toto </w:t>
      </w:r>
      <w:proofErr w:type="spellStart"/>
      <w:r>
        <w:t>dítě</w:t>
      </w:r>
      <w:proofErr w:type="spellEnd"/>
      <w:r>
        <w:t xml:space="preserve">; s </w:t>
      </w:r>
      <w:proofErr w:type="spellStart"/>
      <w:r>
        <w:t>dokumenty</w:t>
      </w:r>
      <w:proofErr w:type="spellEnd"/>
      <w:r>
        <w:t xml:space="preserve"> je </w:t>
      </w:r>
      <w:proofErr w:type="spellStart"/>
      <w:r>
        <w:t>nakládáno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 </w:t>
      </w:r>
      <w:proofErr w:type="spellStart"/>
      <w:r>
        <w:t>pravidly</w:t>
      </w:r>
      <w:proofErr w:type="spellEnd"/>
      <w:r>
        <w:t xml:space="preserve"> </w:t>
      </w:r>
      <w:proofErr w:type="spellStart"/>
      <w:r>
        <w:t>ochrany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>.</w:t>
      </w:r>
    </w:p>
    <w:p w14:paraId="1BB05F8A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lastRenderedPageBreak/>
        <w:t xml:space="preserve">• </w:t>
      </w:r>
      <w:r>
        <w:t xml:space="preserve">Tato </w:t>
      </w:r>
      <w:proofErr w:type="spellStart"/>
      <w:r>
        <w:t>smlouva</w:t>
      </w:r>
      <w:proofErr w:type="spellEnd"/>
      <w:r>
        <w:t xml:space="preserve"> je </w:t>
      </w:r>
      <w:proofErr w:type="spellStart"/>
      <w:r>
        <w:t>vyhotovena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stejnopisech</w:t>
      </w:r>
      <w:proofErr w:type="spellEnd"/>
      <w:r>
        <w:t xml:space="preserve">, z </w:t>
      </w:r>
      <w:proofErr w:type="spellStart"/>
      <w:r>
        <w:t>nichž</w:t>
      </w:r>
      <w:proofErr w:type="spellEnd"/>
      <w:r>
        <w:t xml:space="preserve"> </w:t>
      </w:r>
      <w:proofErr w:type="spellStart"/>
      <w:r>
        <w:t>každá</w:t>
      </w:r>
      <w:proofErr w:type="spellEnd"/>
      <w:r>
        <w:t xml:space="preserve"> </w:t>
      </w:r>
      <w:proofErr w:type="spellStart"/>
      <w:r>
        <w:t>smluvní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obdrží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vyhotovení</w:t>
      </w:r>
      <w:proofErr w:type="spellEnd"/>
      <w:r>
        <w:t>.</w:t>
      </w:r>
    </w:p>
    <w:p w14:paraId="1BB05F8B" w14:textId="77777777" w:rsidR="004B3BCB" w:rsidRDefault="0000436C" w:rsidP="009D44E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Smluvní</w:t>
      </w:r>
      <w:proofErr w:type="spellEnd"/>
      <w:r>
        <w:t xml:space="preserve"> </w:t>
      </w:r>
      <w:proofErr w:type="spellStart"/>
      <w:r>
        <w:t>strany</w:t>
      </w:r>
      <w:proofErr w:type="spellEnd"/>
      <w:r>
        <w:t xml:space="preserve"> </w:t>
      </w:r>
      <w:proofErr w:type="spellStart"/>
      <w:r>
        <w:t>prohlašují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</w:t>
      </w:r>
      <w:proofErr w:type="spellStart"/>
      <w:r>
        <w:t>přečetly</w:t>
      </w:r>
      <w:proofErr w:type="spellEnd"/>
      <w:r>
        <w:t xml:space="preserve">, </w:t>
      </w:r>
      <w:proofErr w:type="spellStart"/>
      <w:r>
        <w:t>jejímu</w:t>
      </w:r>
      <w:proofErr w:type="spellEnd"/>
      <w:r>
        <w:t xml:space="preserve"> </w:t>
      </w:r>
      <w:proofErr w:type="spellStart"/>
      <w:r>
        <w:t>obsahu</w:t>
      </w:r>
      <w:proofErr w:type="spellEnd"/>
      <w:r>
        <w:t xml:space="preserve"> </w:t>
      </w:r>
      <w:proofErr w:type="spellStart"/>
      <w:r>
        <w:t>porozuměly</w:t>
      </w:r>
      <w:proofErr w:type="spellEnd"/>
      <w:r>
        <w:t xml:space="preserve">, </w:t>
      </w:r>
      <w:proofErr w:type="spellStart"/>
      <w:r>
        <w:t>souhlasí</w:t>
      </w:r>
      <w:proofErr w:type="spellEnd"/>
      <w:r>
        <w:t xml:space="preserve"> s </w:t>
      </w:r>
      <w:proofErr w:type="spellStart"/>
      <w:r>
        <w:t>ní</w:t>
      </w:r>
      <w:proofErr w:type="spellEnd"/>
      <w:r>
        <w:t xml:space="preserve">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důkaz</w:t>
      </w:r>
      <w:proofErr w:type="spellEnd"/>
      <w:r>
        <w:t xml:space="preserve"> toho </w:t>
      </w:r>
      <w:proofErr w:type="spellStart"/>
      <w:r>
        <w:t>připojují</w:t>
      </w:r>
      <w:proofErr w:type="spellEnd"/>
      <w:r>
        <w:t xml:space="preserve"> </w:t>
      </w:r>
      <w:proofErr w:type="spellStart"/>
      <w:r>
        <w:t>své</w:t>
      </w:r>
      <w:proofErr w:type="spellEnd"/>
      <w:r>
        <w:t xml:space="preserve"> </w:t>
      </w:r>
      <w:proofErr w:type="spellStart"/>
      <w:r>
        <w:t>podpisy</w:t>
      </w:r>
      <w:proofErr w:type="spellEnd"/>
      <w:r>
        <w:t>.</w:t>
      </w:r>
    </w:p>
    <w:p w14:paraId="1BB05F8C" w14:textId="77777777" w:rsidR="004B3BCB" w:rsidRDefault="004B3BCB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9D44E6" w14:paraId="1BB05F8F" w14:textId="77777777" w:rsidTr="00355F8E">
        <w:trPr>
          <w:trHeight w:val="538"/>
          <w:jc w:val="center"/>
        </w:trPr>
        <w:tc>
          <w:tcPr>
            <w:tcW w:w="4873" w:type="dxa"/>
            <w:tcMar>
              <w:top w:w="25" w:type="dxa"/>
              <w:left w:w="85" w:type="dxa"/>
              <w:bottom w:w="20" w:type="dxa"/>
              <w:right w:w="85" w:type="dxa"/>
            </w:tcMar>
            <w:vAlign w:val="center"/>
          </w:tcPr>
          <w:p w14:paraId="1BB05F8D" w14:textId="74EA801E" w:rsidR="009D44E6" w:rsidRDefault="009D44E6" w:rsidP="002C1CF8">
            <w:pPr>
              <w:jc w:val="center"/>
            </w:pPr>
            <w:r>
              <w:rPr>
                <w:sz w:val="17"/>
              </w:rPr>
              <w:t xml:space="preserve">V </w:t>
            </w:r>
            <w:proofErr w:type="spellStart"/>
            <w:r>
              <w:rPr>
                <w:sz w:val="17"/>
              </w:rPr>
              <w:t>Boršicích</w:t>
            </w:r>
            <w:proofErr w:type="spellEnd"/>
            <w:r w:rsidR="006B5CA4"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dne</w:t>
            </w:r>
            <w:proofErr w:type="spellEnd"/>
            <w:r>
              <w:rPr>
                <w:sz w:val="17"/>
              </w:rPr>
              <w:t>: ___________________</w:t>
            </w:r>
          </w:p>
        </w:tc>
        <w:tc>
          <w:tcPr>
            <w:tcW w:w="4873" w:type="dxa"/>
            <w:tcMar>
              <w:top w:w="25" w:type="dxa"/>
              <w:left w:w="85" w:type="dxa"/>
              <w:bottom w:w="20" w:type="dxa"/>
              <w:right w:w="85" w:type="dxa"/>
            </w:tcMar>
            <w:vAlign w:val="center"/>
          </w:tcPr>
          <w:p w14:paraId="1BB05F8E" w14:textId="6341EBFE" w:rsidR="009D44E6" w:rsidRDefault="009D44E6" w:rsidP="002C1CF8">
            <w:pPr>
              <w:jc w:val="center"/>
            </w:pPr>
            <w:r>
              <w:rPr>
                <w:sz w:val="17"/>
              </w:rPr>
              <w:t xml:space="preserve">V </w:t>
            </w:r>
            <w:proofErr w:type="spellStart"/>
            <w:r>
              <w:rPr>
                <w:sz w:val="17"/>
              </w:rPr>
              <w:t>Boršicích</w:t>
            </w:r>
            <w:proofErr w:type="spellEnd"/>
            <w:r w:rsidR="006B5CA4"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dne</w:t>
            </w:r>
            <w:proofErr w:type="spellEnd"/>
            <w:r>
              <w:rPr>
                <w:sz w:val="17"/>
              </w:rPr>
              <w:t>: ___________________</w:t>
            </w:r>
          </w:p>
        </w:tc>
      </w:tr>
      <w:tr w:rsidR="009D44E6" w14:paraId="1BB05F92" w14:textId="77777777" w:rsidTr="00355F8E">
        <w:trPr>
          <w:trHeight w:val="1362"/>
          <w:jc w:val="center"/>
        </w:trPr>
        <w:tc>
          <w:tcPr>
            <w:tcW w:w="4873" w:type="dxa"/>
            <w:tcMar>
              <w:top w:w="25" w:type="dxa"/>
              <w:left w:w="85" w:type="dxa"/>
              <w:bottom w:w="20" w:type="dxa"/>
              <w:right w:w="85" w:type="dxa"/>
            </w:tcMar>
            <w:vAlign w:val="bottom"/>
          </w:tcPr>
          <w:p w14:paraId="1BB05F90" w14:textId="77777777" w:rsidR="009D44E6" w:rsidRDefault="009D44E6" w:rsidP="002C1CF8">
            <w:pPr>
              <w:jc w:val="center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.....................................................</w:t>
            </w:r>
          </w:p>
        </w:tc>
        <w:tc>
          <w:tcPr>
            <w:tcW w:w="4873" w:type="dxa"/>
            <w:tcMar>
              <w:top w:w="25" w:type="dxa"/>
              <w:left w:w="85" w:type="dxa"/>
              <w:bottom w:w="20" w:type="dxa"/>
              <w:right w:w="85" w:type="dxa"/>
            </w:tcMar>
            <w:vAlign w:val="bottom"/>
          </w:tcPr>
          <w:p w14:paraId="1BB05F91" w14:textId="77777777" w:rsidR="009D44E6" w:rsidRDefault="009D44E6" w:rsidP="002C1CF8">
            <w:pPr>
              <w:jc w:val="center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.....................................................</w:t>
            </w:r>
          </w:p>
        </w:tc>
      </w:tr>
      <w:tr w:rsidR="009D44E6" w14:paraId="1BB05F95" w14:textId="77777777" w:rsidTr="00355F8E">
        <w:trPr>
          <w:trHeight w:val="1362"/>
          <w:jc w:val="center"/>
        </w:trPr>
        <w:tc>
          <w:tcPr>
            <w:tcW w:w="4873" w:type="dxa"/>
            <w:tcMar>
              <w:top w:w="25" w:type="dxa"/>
              <w:left w:w="85" w:type="dxa"/>
              <w:bottom w:w="20" w:type="dxa"/>
              <w:right w:w="85" w:type="dxa"/>
            </w:tcMar>
          </w:tcPr>
          <w:p w14:paraId="1BB05F93" w14:textId="400A976D" w:rsidR="009D44E6" w:rsidRDefault="009D44E6" w:rsidP="002C1CF8">
            <w:pPr>
              <w:jc w:val="center"/>
            </w:pPr>
            <w:r>
              <w:rPr>
                <w:sz w:val="17"/>
              </w:rPr>
              <w:t>Mgr. Tomáš Kordula</w:t>
            </w:r>
            <w:r>
              <w:rPr>
                <w:sz w:val="17"/>
              </w:rPr>
              <w:br/>
            </w:r>
            <w:proofErr w:type="spellStart"/>
            <w:r>
              <w:rPr>
                <w:sz w:val="17"/>
              </w:rPr>
              <w:t>ředitel</w:t>
            </w:r>
            <w:proofErr w:type="spellEnd"/>
            <w:r w:rsidR="00A53C08"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školy</w:t>
            </w:r>
            <w:proofErr w:type="spellEnd"/>
            <w:r>
              <w:rPr>
                <w:sz w:val="17"/>
              </w:rPr>
              <w:br/>
              <w:t xml:space="preserve">za </w:t>
            </w:r>
            <w:proofErr w:type="spellStart"/>
            <w:r>
              <w:rPr>
                <w:sz w:val="17"/>
              </w:rPr>
              <w:t>poskytovatele</w:t>
            </w:r>
            <w:proofErr w:type="spellEnd"/>
          </w:p>
        </w:tc>
        <w:tc>
          <w:tcPr>
            <w:tcW w:w="4873" w:type="dxa"/>
            <w:tcMar>
              <w:top w:w="25" w:type="dxa"/>
              <w:left w:w="85" w:type="dxa"/>
              <w:bottom w:w="20" w:type="dxa"/>
              <w:right w:w="85" w:type="dxa"/>
            </w:tcMar>
          </w:tcPr>
          <w:p w14:paraId="1BB05F94" w14:textId="73075B18" w:rsidR="009D44E6" w:rsidRDefault="009D44E6" w:rsidP="002C1CF8">
            <w:pPr>
              <w:jc w:val="center"/>
            </w:pPr>
            <w:proofErr w:type="spellStart"/>
            <w:r>
              <w:rPr>
                <w:sz w:val="17"/>
              </w:rPr>
              <w:t>rodič</w:t>
            </w:r>
            <w:proofErr w:type="spellEnd"/>
            <w:r>
              <w:rPr>
                <w:sz w:val="17"/>
              </w:rPr>
              <w:t xml:space="preserve"> / zákonný</w:t>
            </w:r>
            <w:r w:rsidR="006B5CA4"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zástupce</w:t>
            </w:r>
            <w:proofErr w:type="spellEnd"/>
          </w:p>
        </w:tc>
      </w:tr>
      <w:tr w:rsidR="009D44E6" w14:paraId="1BB05F98" w14:textId="77777777" w:rsidTr="00355F8E">
        <w:trPr>
          <w:trHeight w:val="949"/>
          <w:jc w:val="center"/>
        </w:trPr>
        <w:tc>
          <w:tcPr>
            <w:tcW w:w="4873" w:type="dxa"/>
            <w:tcMar>
              <w:top w:w="25" w:type="dxa"/>
              <w:left w:w="85" w:type="dxa"/>
              <w:bottom w:w="20" w:type="dxa"/>
              <w:right w:w="85" w:type="dxa"/>
            </w:tcMar>
            <w:vAlign w:val="center"/>
          </w:tcPr>
          <w:p w14:paraId="1BB05F96" w14:textId="77777777" w:rsidR="009D44E6" w:rsidRDefault="009D44E6" w:rsidP="00A922DF"/>
        </w:tc>
        <w:tc>
          <w:tcPr>
            <w:tcW w:w="4873" w:type="dxa"/>
            <w:tcMar>
              <w:top w:w="25" w:type="dxa"/>
              <w:left w:w="85" w:type="dxa"/>
              <w:bottom w:w="20" w:type="dxa"/>
              <w:right w:w="85" w:type="dxa"/>
            </w:tcMar>
            <w:vAlign w:val="center"/>
          </w:tcPr>
          <w:p w14:paraId="1BB05F97" w14:textId="0C355F99" w:rsidR="009D44E6" w:rsidRDefault="009D44E6" w:rsidP="002C1CF8">
            <w:pPr>
              <w:jc w:val="center"/>
            </w:pPr>
            <w:r>
              <w:rPr>
                <w:sz w:val="17"/>
              </w:rPr>
              <w:t>.....................................................</w:t>
            </w:r>
            <w:r>
              <w:rPr>
                <w:sz w:val="17"/>
              </w:rPr>
              <w:br/>
            </w:r>
            <w:proofErr w:type="spellStart"/>
            <w:r>
              <w:rPr>
                <w:sz w:val="17"/>
              </w:rPr>
              <w:t>druhý</w:t>
            </w:r>
            <w:proofErr w:type="spellEnd"/>
            <w:r w:rsidR="00A53C08"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zákonný</w:t>
            </w:r>
            <w:proofErr w:type="spellEnd"/>
            <w:r w:rsidR="00A53C08"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zástupce</w:t>
            </w:r>
            <w:proofErr w:type="spellEnd"/>
            <w:r>
              <w:rPr>
                <w:sz w:val="17"/>
              </w:rPr>
              <w:t xml:space="preserve">, je-li </w:t>
            </w:r>
            <w:proofErr w:type="spellStart"/>
            <w:r>
              <w:rPr>
                <w:sz w:val="17"/>
              </w:rPr>
              <w:t>požadováno</w:t>
            </w:r>
            <w:proofErr w:type="spellEnd"/>
          </w:p>
        </w:tc>
      </w:tr>
    </w:tbl>
    <w:p w14:paraId="1BB05F99" w14:textId="77777777" w:rsidR="004B3BCB" w:rsidRDefault="004B3BCB"/>
    <w:sectPr w:rsidR="004B3BCB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DEADC" w14:textId="77777777" w:rsidR="00BE3373" w:rsidRDefault="00BE3373">
      <w:pPr>
        <w:spacing w:after="0"/>
      </w:pPr>
      <w:r>
        <w:separator/>
      </w:r>
    </w:p>
  </w:endnote>
  <w:endnote w:type="continuationSeparator" w:id="0">
    <w:p w14:paraId="52733F89" w14:textId="77777777" w:rsidR="00BE3373" w:rsidRDefault="00BE33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D2F7F" w14:textId="77777777" w:rsidR="00BE3373" w:rsidRDefault="00BE3373">
      <w:pPr>
        <w:spacing w:after="0"/>
      </w:pPr>
      <w:r>
        <w:separator/>
      </w:r>
    </w:p>
  </w:footnote>
  <w:footnote w:type="continuationSeparator" w:id="0">
    <w:p w14:paraId="3E0E31E5" w14:textId="77777777" w:rsidR="00BE3373" w:rsidRDefault="00BE337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7288247">
    <w:abstractNumId w:val="8"/>
  </w:num>
  <w:num w:numId="2" w16cid:durableId="1930189235">
    <w:abstractNumId w:val="6"/>
  </w:num>
  <w:num w:numId="3" w16cid:durableId="2122993019">
    <w:abstractNumId w:val="5"/>
  </w:num>
  <w:num w:numId="4" w16cid:durableId="1177496084">
    <w:abstractNumId w:val="4"/>
  </w:num>
  <w:num w:numId="5" w16cid:durableId="1944796208">
    <w:abstractNumId w:val="7"/>
  </w:num>
  <w:num w:numId="6" w16cid:durableId="339284364">
    <w:abstractNumId w:val="3"/>
  </w:num>
  <w:num w:numId="7" w16cid:durableId="150490447">
    <w:abstractNumId w:val="2"/>
  </w:num>
  <w:num w:numId="8" w16cid:durableId="2129623755">
    <w:abstractNumId w:val="1"/>
  </w:num>
  <w:num w:numId="9" w16cid:durableId="1487090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0436C"/>
    <w:rsid w:val="00034616"/>
    <w:rsid w:val="0006063C"/>
    <w:rsid w:val="0015074B"/>
    <w:rsid w:val="00176365"/>
    <w:rsid w:val="00220594"/>
    <w:rsid w:val="00286300"/>
    <w:rsid w:val="0029639D"/>
    <w:rsid w:val="00326F90"/>
    <w:rsid w:val="00355F8E"/>
    <w:rsid w:val="004B3BCB"/>
    <w:rsid w:val="004F04A3"/>
    <w:rsid w:val="005132BE"/>
    <w:rsid w:val="006B5CA4"/>
    <w:rsid w:val="00777416"/>
    <w:rsid w:val="007A05A3"/>
    <w:rsid w:val="007D4DDB"/>
    <w:rsid w:val="009C7870"/>
    <w:rsid w:val="009D44E6"/>
    <w:rsid w:val="00A34182"/>
    <w:rsid w:val="00A53C08"/>
    <w:rsid w:val="00A922DF"/>
    <w:rsid w:val="00AA1D8D"/>
    <w:rsid w:val="00B47730"/>
    <w:rsid w:val="00BE3373"/>
    <w:rsid w:val="00C36AE5"/>
    <w:rsid w:val="00C9196A"/>
    <w:rsid w:val="00CB0664"/>
    <w:rsid w:val="00CE68BF"/>
    <w:rsid w:val="00D16163"/>
    <w:rsid w:val="00D82A37"/>
    <w:rsid w:val="00EE5614"/>
    <w:rsid w:val="00F3323E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B05EE9"/>
  <w15:docId w15:val="{03290575-EBDE-46FE-BE1A-946DB988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 w:line="240" w:lineRule="auto"/>
    </w:pPr>
    <w:rPr>
      <w:rFonts w:ascii="Arial" w:hAnsi="Arial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F4E79"/>
      <w:sz w:val="21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2058</Words>
  <Characters>12143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Marie Stávková</cp:lastModifiedBy>
  <cp:revision>15</cp:revision>
  <dcterms:created xsi:type="dcterms:W3CDTF">2013-12-23T23:15:00Z</dcterms:created>
  <dcterms:modified xsi:type="dcterms:W3CDTF">2026-08-18T09:23:00Z</dcterms:modified>
  <cp:category/>
</cp:coreProperties>
</file>